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D22EA" w14:textId="77777777" w:rsidR="00137897" w:rsidRDefault="00C76FED">
      <w:pPr>
        <w:pStyle w:val="Title"/>
        <w:jc w:val="center"/>
      </w:pPr>
      <w:r>
        <w:t>Background Review Pursuant to Neb. Rev. Stat. § 79-880 – Applicant Form</w:t>
      </w:r>
    </w:p>
    <w:tbl>
      <w:tblPr>
        <w:tblW w:w="0" w:type="auto"/>
        <w:jc w:val="center"/>
        <w:tblLayout w:type="fixed"/>
        <w:tblLook w:val="04A0" w:firstRow="1" w:lastRow="0" w:firstColumn="1" w:lastColumn="0" w:noHBand="0" w:noVBand="1"/>
      </w:tblPr>
      <w:tblGrid>
        <w:gridCol w:w="2200"/>
        <w:gridCol w:w="7000"/>
      </w:tblGrid>
      <w:tr w:rsidR="00137897" w14:paraId="1F8C5BF0" w14:textId="77777777">
        <w:trPr>
          <w:jc w:val="center"/>
        </w:trPr>
        <w:tc>
          <w:tcPr>
            <w:tcW w:w="2200" w:type="dxa"/>
            <w:shd w:val="clear" w:color="auto" w:fill="F2F2F2"/>
            <w:tcMar>
              <w:top w:w="80" w:type="dxa"/>
              <w:left w:w="100" w:type="dxa"/>
              <w:bottom w:w="80" w:type="dxa"/>
              <w:right w:w="100" w:type="dxa"/>
            </w:tcMar>
            <w:vAlign w:val="center"/>
          </w:tcPr>
          <w:p w14:paraId="4B81375C" w14:textId="77777777" w:rsidR="00137897" w:rsidRDefault="00C76FED">
            <w:r>
              <w:rPr>
                <w:b/>
              </w:rPr>
              <w:t>Applicant Name</w:t>
            </w:r>
          </w:p>
        </w:tc>
        <w:tc>
          <w:tcPr>
            <w:tcW w:w="7000" w:type="dxa"/>
            <w:tcMar>
              <w:top w:w="80" w:type="dxa"/>
              <w:left w:w="100" w:type="dxa"/>
              <w:bottom w:w="80" w:type="dxa"/>
              <w:right w:w="100" w:type="dxa"/>
            </w:tcMar>
            <w:vAlign w:val="center"/>
          </w:tcPr>
          <w:p w14:paraId="3735A1C9" w14:textId="77777777" w:rsidR="00137897" w:rsidRDefault="00C76FED">
            <w:r>
              <w:fldChar w:fldCharType="begin">
                <w:ffData>
                  <w:name w:val="Applicant_Name"/>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F2F02BE" w14:textId="77777777">
        <w:trPr>
          <w:jc w:val="center"/>
        </w:trPr>
        <w:tc>
          <w:tcPr>
            <w:tcW w:w="2200" w:type="dxa"/>
            <w:shd w:val="clear" w:color="auto" w:fill="F2F2F2"/>
            <w:tcMar>
              <w:top w:w="80" w:type="dxa"/>
              <w:left w:w="100" w:type="dxa"/>
              <w:bottom w:w="80" w:type="dxa"/>
              <w:right w:w="100" w:type="dxa"/>
            </w:tcMar>
            <w:vAlign w:val="center"/>
          </w:tcPr>
          <w:p w14:paraId="66AFB757" w14:textId="77777777" w:rsidR="00137897" w:rsidRDefault="00C76FED">
            <w:r>
              <w:rPr>
                <w:b/>
              </w:rPr>
              <w:t>Application Date</w:t>
            </w:r>
          </w:p>
        </w:tc>
        <w:tc>
          <w:tcPr>
            <w:tcW w:w="7000" w:type="dxa"/>
            <w:tcMar>
              <w:top w:w="80" w:type="dxa"/>
              <w:left w:w="100" w:type="dxa"/>
              <w:bottom w:w="80" w:type="dxa"/>
              <w:right w:w="100" w:type="dxa"/>
            </w:tcMar>
            <w:vAlign w:val="center"/>
          </w:tcPr>
          <w:p w14:paraId="7E19646F" w14:textId="77777777" w:rsidR="00137897" w:rsidRDefault="00C76FED">
            <w:r>
              <w:fldChar w:fldCharType="begin">
                <w:ffData>
                  <w:name w:val="Application_Date"/>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3988F5C9" w14:textId="77777777" w:rsidR="00137897" w:rsidRDefault="00C76FED">
      <w:pPr>
        <w:pStyle w:val="Heading1"/>
        <w:shd w:val="clear" w:color="auto" w:fill="D9EAF7"/>
      </w:pPr>
      <w:r>
        <w:t>I. Employment Information</w:t>
      </w:r>
    </w:p>
    <w:p w14:paraId="5649F3CA" w14:textId="77777777" w:rsidR="00137897" w:rsidRDefault="00C76FED">
      <w:r>
        <w:rPr>
          <w:i/>
          <w:sz w:val="18"/>
        </w:rPr>
        <w:t>A. Complete the following information for schools you have been employed by within the last seven (7) years. Start with the most recent school. Include additional pages if necessary.</w:t>
      </w:r>
    </w:p>
    <w:tbl>
      <w:tblPr>
        <w:tblW w:w="0" w:type="auto"/>
        <w:jc w:val="center"/>
        <w:tblLayout w:type="fixed"/>
        <w:tblLook w:val="04A0" w:firstRow="1" w:lastRow="0" w:firstColumn="1" w:lastColumn="0" w:noHBand="0" w:noVBand="1"/>
      </w:tblPr>
      <w:tblGrid>
        <w:gridCol w:w="2300"/>
        <w:gridCol w:w="8068"/>
      </w:tblGrid>
      <w:tr w:rsidR="00137897" w14:paraId="063DA578" w14:textId="77777777">
        <w:trPr>
          <w:jc w:val="center"/>
        </w:trPr>
        <w:tc>
          <w:tcPr>
            <w:tcW w:w="10368" w:type="dxa"/>
            <w:gridSpan w:val="2"/>
            <w:shd w:val="clear" w:color="auto" w:fill="1F4E79"/>
            <w:tcMar>
              <w:top w:w="70" w:type="dxa"/>
              <w:left w:w="100" w:type="dxa"/>
              <w:bottom w:w="70" w:type="dxa"/>
              <w:right w:w="100" w:type="dxa"/>
            </w:tcMar>
          </w:tcPr>
          <w:p w14:paraId="6E1A6911" w14:textId="77777777" w:rsidR="00137897" w:rsidRDefault="00C76FED">
            <w:r>
              <w:rPr>
                <w:b/>
                <w:color w:val="FFFFFF"/>
              </w:rPr>
              <w:t>School / Employer Entry 1</w:t>
            </w:r>
          </w:p>
        </w:tc>
      </w:tr>
      <w:tr w:rsidR="00137897" w14:paraId="5A82AA41" w14:textId="77777777">
        <w:trPr>
          <w:jc w:val="center"/>
        </w:trPr>
        <w:tc>
          <w:tcPr>
            <w:tcW w:w="2300" w:type="dxa"/>
            <w:shd w:val="clear" w:color="auto" w:fill="F2F2F2"/>
            <w:tcMar>
              <w:top w:w="80" w:type="dxa"/>
              <w:left w:w="100" w:type="dxa"/>
              <w:bottom w:w="80" w:type="dxa"/>
              <w:right w:w="100" w:type="dxa"/>
            </w:tcMar>
            <w:vAlign w:val="center"/>
          </w:tcPr>
          <w:p w14:paraId="06019C7A" w14:textId="77777777" w:rsidR="00137897" w:rsidRDefault="00C76FED">
            <w:r>
              <w:rPr>
                <w:b/>
              </w:rPr>
              <w:t>School Name</w:t>
            </w:r>
          </w:p>
        </w:tc>
        <w:tc>
          <w:tcPr>
            <w:tcW w:w="6900" w:type="dxa"/>
            <w:tcMar>
              <w:top w:w="80" w:type="dxa"/>
              <w:left w:w="100" w:type="dxa"/>
              <w:bottom w:w="80" w:type="dxa"/>
              <w:right w:w="100" w:type="dxa"/>
            </w:tcMar>
            <w:vAlign w:val="center"/>
          </w:tcPr>
          <w:p w14:paraId="06DCAA6C" w14:textId="122D4DE1" w:rsidR="00137897" w:rsidRDefault="00C76FED" w:rsidP="00B11F48">
            <w:r>
              <w:fldChar w:fldCharType="begin">
                <w:ffData>
                  <w:name w:val="School_1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6979D228" w14:textId="77777777">
        <w:trPr>
          <w:jc w:val="center"/>
        </w:trPr>
        <w:tc>
          <w:tcPr>
            <w:tcW w:w="2300" w:type="dxa"/>
            <w:shd w:val="clear" w:color="auto" w:fill="F2F2F2"/>
            <w:tcMar>
              <w:top w:w="80" w:type="dxa"/>
              <w:left w:w="100" w:type="dxa"/>
              <w:bottom w:w="80" w:type="dxa"/>
              <w:right w:w="100" w:type="dxa"/>
            </w:tcMar>
            <w:vAlign w:val="center"/>
          </w:tcPr>
          <w:p w14:paraId="61CA6238" w14:textId="77777777" w:rsidR="00137897" w:rsidRDefault="00C76FED">
            <w:r>
              <w:rPr>
                <w:b/>
              </w:rPr>
              <w:t>School Address</w:t>
            </w:r>
          </w:p>
        </w:tc>
        <w:tc>
          <w:tcPr>
            <w:tcW w:w="6900" w:type="dxa"/>
            <w:tcMar>
              <w:top w:w="80" w:type="dxa"/>
              <w:left w:w="100" w:type="dxa"/>
              <w:bottom w:w="80" w:type="dxa"/>
              <w:right w:w="100" w:type="dxa"/>
            </w:tcMar>
            <w:vAlign w:val="center"/>
          </w:tcPr>
          <w:p w14:paraId="2C26D9AF" w14:textId="77777777" w:rsidR="00137897" w:rsidRDefault="00C76FED">
            <w:pPr>
              <w:spacing w:after="240"/>
            </w:pPr>
            <w:r>
              <w:fldChar w:fldCharType="begin">
                <w:ffData>
                  <w:name w:val="School_1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56F68973" w14:textId="77777777">
        <w:trPr>
          <w:jc w:val="center"/>
        </w:trPr>
        <w:tc>
          <w:tcPr>
            <w:tcW w:w="2300" w:type="dxa"/>
            <w:shd w:val="clear" w:color="auto" w:fill="F2F2F2"/>
            <w:tcMar>
              <w:top w:w="80" w:type="dxa"/>
              <w:left w:w="100" w:type="dxa"/>
              <w:bottom w:w="80" w:type="dxa"/>
              <w:right w:w="100" w:type="dxa"/>
            </w:tcMar>
            <w:vAlign w:val="center"/>
          </w:tcPr>
          <w:p w14:paraId="01804298" w14:textId="77777777" w:rsidR="00137897" w:rsidRDefault="00C76FED">
            <w:r>
              <w:rPr>
                <w:b/>
              </w:rPr>
              <w:t>School Phone Number</w:t>
            </w:r>
          </w:p>
        </w:tc>
        <w:tc>
          <w:tcPr>
            <w:tcW w:w="6900" w:type="dxa"/>
            <w:tcMar>
              <w:top w:w="80" w:type="dxa"/>
              <w:left w:w="100" w:type="dxa"/>
              <w:bottom w:w="80" w:type="dxa"/>
              <w:right w:w="100" w:type="dxa"/>
            </w:tcMar>
            <w:vAlign w:val="center"/>
          </w:tcPr>
          <w:p w14:paraId="30877093" w14:textId="5C734670" w:rsidR="00137897" w:rsidRDefault="00C76FED">
            <w:r>
              <w:fldChar w:fldCharType="begin">
                <w:ffData>
                  <w:name w:val="School_1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0C6FB02" w14:textId="77777777">
        <w:trPr>
          <w:jc w:val="center"/>
        </w:trPr>
        <w:tc>
          <w:tcPr>
            <w:tcW w:w="2300" w:type="dxa"/>
            <w:shd w:val="clear" w:color="auto" w:fill="F2F2F2"/>
            <w:tcMar>
              <w:top w:w="80" w:type="dxa"/>
              <w:left w:w="100" w:type="dxa"/>
              <w:bottom w:w="80" w:type="dxa"/>
              <w:right w:w="100" w:type="dxa"/>
            </w:tcMar>
            <w:vAlign w:val="center"/>
          </w:tcPr>
          <w:p w14:paraId="4B03E225" w14:textId="77777777" w:rsidR="00137897" w:rsidRDefault="00C76FED">
            <w:r>
              <w:rPr>
                <w:b/>
              </w:rPr>
              <w:t>Person to Contact</w:t>
            </w:r>
          </w:p>
        </w:tc>
        <w:tc>
          <w:tcPr>
            <w:tcW w:w="6900" w:type="dxa"/>
            <w:tcMar>
              <w:top w:w="80" w:type="dxa"/>
              <w:left w:w="100" w:type="dxa"/>
              <w:bottom w:w="80" w:type="dxa"/>
              <w:right w:w="100" w:type="dxa"/>
            </w:tcMar>
            <w:vAlign w:val="center"/>
          </w:tcPr>
          <w:p w14:paraId="6F079408" w14:textId="77777777" w:rsidR="00137897" w:rsidRDefault="00C76FED">
            <w:r>
              <w:fldChar w:fldCharType="begin">
                <w:ffData>
                  <w:name w:val="School_1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30F8A395" w14:textId="77777777">
        <w:trPr>
          <w:jc w:val="center"/>
        </w:trPr>
        <w:tc>
          <w:tcPr>
            <w:tcW w:w="2300" w:type="dxa"/>
            <w:shd w:val="clear" w:color="auto" w:fill="F2F2F2"/>
            <w:tcMar>
              <w:top w:w="80" w:type="dxa"/>
              <w:left w:w="100" w:type="dxa"/>
              <w:bottom w:w="80" w:type="dxa"/>
              <w:right w:w="100" w:type="dxa"/>
            </w:tcMar>
            <w:vAlign w:val="center"/>
          </w:tcPr>
          <w:p w14:paraId="3C983832" w14:textId="77777777" w:rsidR="00137897" w:rsidRDefault="00C76FED">
            <w:r>
              <w:rPr>
                <w:b/>
              </w:rPr>
              <w:t>Position Held</w:t>
            </w:r>
          </w:p>
        </w:tc>
        <w:tc>
          <w:tcPr>
            <w:tcW w:w="6900" w:type="dxa"/>
            <w:tcMar>
              <w:top w:w="80" w:type="dxa"/>
              <w:left w:w="100" w:type="dxa"/>
              <w:bottom w:w="80" w:type="dxa"/>
              <w:right w:w="100" w:type="dxa"/>
            </w:tcMar>
            <w:vAlign w:val="center"/>
          </w:tcPr>
          <w:p w14:paraId="36B0A00B" w14:textId="77777777" w:rsidR="00137897" w:rsidRDefault="00C76FED">
            <w:r>
              <w:fldChar w:fldCharType="begin">
                <w:ffData>
                  <w:name w:val="School_1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23134EA" w14:textId="77777777">
        <w:trPr>
          <w:jc w:val="center"/>
        </w:trPr>
        <w:tc>
          <w:tcPr>
            <w:tcW w:w="2300" w:type="dxa"/>
            <w:shd w:val="clear" w:color="auto" w:fill="F2F2F2"/>
            <w:tcMar>
              <w:top w:w="80" w:type="dxa"/>
              <w:left w:w="100" w:type="dxa"/>
              <w:bottom w:w="80" w:type="dxa"/>
              <w:right w:w="100" w:type="dxa"/>
            </w:tcMar>
            <w:vAlign w:val="center"/>
          </w:tcPr>
          <w:p w14:paraId="4DA85FF2" w14:textId="77777777" w:rsidR="00137897" w:rsidRDefault="00C76FED">
            <w:r>
              <w:rPr>
                <w:b/>
              </w:rPr>
              <w:t>Dates of Employment</w:t>
            </w:r>
          </w:p>
        </w:tc>
        <w:tc>
          <w:tcPr>
            <w:tcW w:w="6900" w:type="dxa"/>
            <w:tcMar>
              <w:top w:w="80" w:type="dxa"/>
              <w:left w:w="100" w:type="dxa"/>
              <w:bottom w:w="80" w:type="dxa"/>
              <w:right w:w="100" w:type="dxa"/>
            </w:tcMar>
            <w:vAlign w:val="center"/>
          </w:tcPr>
          <w:p w14:paraId="4F75B86E" w14:textId="77777777" w:rsidR="00137897" w:rsidRDefault="00C76FED">
            <w:r>
              <w:fldChar w:fldCharType="begin">
                <w:ffData>
                  <w:name w:val="School_1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236EBBE" w14:textId="77777777">
        <w:trPr>
          <w:jc w:val="center"/>
        </w:trPr>
        <w:tc>
          <w:tcPr>
            <w:tcW w:w="2300" w:type="dxa"/>
            <w:shd w:val="clear" w:color="auto" w:fill="F2F2F2"/>
            <w:tcMar>
              <w:top w:w="80" w:type="dxa"/>
              <w:left w:w="100" w:type="dxa"/>
              <w:bottom w:w="80" w:type="dxa"/>
              <w:right w:w="100" w:type="dxa"/>
            </w:tcMar>
            <w:vAlign w:val="center"/>
          </w:tcPr>
          <w:p w14:paraId="64C7F6DB" w14:textId="77777777" w:rsidR="00137897" w:rsidRDefault="00C76FED">
            <w:r>
              <w:rPr>
                <w:b/>
              </w:rPr>
              <w:t>Reason for Separation</w:t>
            </w:r>
          </w:p>
        </w:tc>
        <w:tc>
          <w:tcPr>
            <w:tcW w:w="6900" w:type="dxa"/>
            <w:tcMar>
              <w:top w:w="80" w:type="dxa"/>
              <w:left w:w="100" w:type="dxa"/>
              <w:bottom w:w="80" w:type="dxa"/>
              <w:right w:w="100" w:type="dxa"/>
            </w:tcMar>
            <w:vAlign w:val="center"/>
          </w:tcPr>
          <w:p w14:paraId="66562784" w14:textId="77777777" w:rsidR="00137897" w:rsidRDefault="00C76FED">
            <w:pPr>
              <w:spacing w:after="240"/>
            </w:pPr>
            <w:r>
              <w:fldChar w:fldCharType="begin">
                <w:ffData>
                  <w:name w:val="School_1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5FFE8401" w14:textId="77777777" w:rsidR="00137897" w:rsidRDefault="00137897">
      <w:pPr>
        <w:spacing w:after="20"/>
      </w:pPr>
    </w:p>
    <w:tbl>
      <w:tblPr>
        <w:tblW w:w="0" w:type="auto"/>
        <w:jc w:val="center"/>
        <w:tblLayout w:type="fixed"/>
        <w:tblLook w:val="04A0" w:firstRow="1" w:lastRow="0" w:firstColumn="1" w:lastColumn="0" w:noHBand="0" w:noVBand="1"/>
      </w:tblPr>
      <w:tblGrid>
        <w:gridCol w:w="2300"/>
        <w:gridCol w:w="8068"/>
      </w:tblGrid>
      <w:tr w:rsidR="00137897" w14:paraId="22AC374F" w14:textId="77777777">
        <w:trPr>
          <w:jc w:val="center"/>
        </w:trPr>
        <w:tc>
          <w:tcPr>
            <w:tcW w:w="10368" w:type="dxa"/>
            <w:gridSpan w:val="2"/>
            <w:shd w:val="clear" w:color="auto" w:fill="1F4E79"/>
            <w:tcMar>
              <w:top w:w="70" w:type="dxa"/>
              <w:left w:w="100" w:type="dxa"/>
              <w:bottom w:w="70" w:type="dxa"/>
              <w:right w:w="100" w:type="dxa"/>
            </w:tcMar>
          </w:tcPr>
          <w:p w14:paraId="421B0C1B" w14:textId="77777777" w:rsidR="00137897" w:rsidRDefault="00C76FED">
            <w:r>
              <w:rPr>
                <w:b/>
                <w:color w:val="FFFFFF"/>
              </w:rPr>
              <w:t>School / Employer Entry 2</w:t>
            </w:r>
          </w:p>
        </w:tc>
      </w:tr>
      <w:tr w:rsidR="00137897" w14:paraId="3382F7DD" w14:textId="77777777">
        <w:trPr>
          <w:jc w:val="center"/>
        </w:trPr>
        <w:tc>
          <w:tcPr>
            <w:tcW w:w="2300" w:type="dxa"/>
            <w:shd w:val="clear" w:color="auto" w:fill="F2F2F2"/>
            <w:tcMar>
              <w:top w:w="80" w:type="dxa"/>
              <w:left w:w="100" w:type="dxa"/>
              <w:bottom w:w="80" w:type="dxa"/>
              <w:right w:w="100" w:type="dxa"/>
            </w:tcMar>
            <w:vAlign w:val="center"/>
          </w:tcPr>
          <w:p w14:paraId="43D2A0D3" w14:textId="77777777" w:rsidR="00137897" w:rsidRDefault="00C76FED">
            <w:r>
              <w:rPr>
                <w:b/>
              </w:rPr>
              <w:t>School Name</w:t>
            </w:r>
          </w:p>
        </w:tc>
        <w:tc>
          <w:tcPr>
            <w:tcW w:w="6900" w:type="dxa"/>
            <w:tcMar>
              <w:top w:w="80" w:type="dxa"/>
              <w:left w:w="100" w:type="dxa"/>
              <w:bottom w:w="80" w:type="dxa"/>
              <w:right w:w="100" w:type="dxa"/>
            </w:tcMar>
            <w:vAlign w:val="center"/>
          </w:tcPr>
          <w:p w14:paraId="0270914D" w14:textId="77777777" w:rsidR="00137897" w:rsidRDefault="00C76FED">
            <w:r>
              <w:fldChar w:fldCharType="begin">
                <w:ffData>
                  <w:name w:val="School_2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17D3471" w14:textId="77777777">
        <w:trPr>
          <w:jc w:val="center"/>
        </w:trPr>
        <w:tc>
          <w:tcPr>
            <w:tcW w:w="2300" w:type="dxa"/>
            <w:shd w:val="clear" w:color="auto" w:fill="F2F2F2"/>
            <w:tcMar>
              <w:top w:w="80" w:type="dxa"/>
              <w:left w:w="100" w:type="dxa"/>
              <w:bottom w:w="80" w:type="dxa"/>
              <w:right w:w="100" w:type="dxa"/>
            </w:tcMar>
            <w:vAlign w:val="center"/>
          </w:tcPr>
          <w:p w14:paraId="426B984D" w14:textId="77777777" w:rsidR="00137897" w:rsidRDefault="00C76FED">
            <w:r>
              <w:rPr>
                <w:b/>
              </w:rPr>
              <w:t>School Address</w:t>
            </w:r>
          </w:p>
        </w:tc>
        <w:tc>
          <w:tcPr>
            <w:tcW w:w="6900" w:type="dxa"/>
            <w:tcMar>
              <w:top w:w="80" w:type="dxa"/>
              <w:left w:w="100" w:type="dxa"/>
              <w:bottom w:w="80" w:type="dxa"/>
              <w:right w:w="100" w:type="dxa"/>
            </w:tcMar>
            <w:vAlign w:val="center"/>
          </w:tcPr>
          <w:p w14:paraId="34BEA999" w14:textId="77777777" w:rsidR="00137897" w:rsidRDefault="00C76FED">
            <w:pPr>
              <w:spacing w:after="240"/>
            </w:pPr>
            <w:r>
              <w:fldChar w:fldCharType="begin">
                <w:ffData>
                  <w:name w:val="School_2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063CFF69" w14:textId="77777777">
        <w:trPr>
          <w:jc w:val="center"/>
        </w:trPr>
        <w:tc>
          <w:tcPr>
            <w:tcW w:w="2300" w:type="dxa"/>
            <w:shd w:val="clear" w:color="auto" w:fill="F2F2F2"/>
            <w:tcMar>
              <w:top w:w="80" w:type="dxa"/>
              <w:left w:w="100" w:type="dxa"/>
              <w:bottom w:w="80" w:type="dxa"/>
              <w:right w:w="100" w:type="dxa"/>
            </w:tcMar>
            <w:vAlign w:val="center"/>
          </w:tcPr>
          <w:p w14:paraId="0B518F12" w14:textId="77777777" w:rsidR="00137897" w:rsidRDefault="00C76FED">
            <w:r>
              <w:rPr>
                <w:b/>
              </w:rPr>
              <w:t>School Phone Number</w:t>
            </w:r>
          </w:p>
        </w:tc>
        <w:tc>
          <w:tcPr>
            <w:tcW w:w="6900" w:type="dxa"/>
            <w:tcMar>
              <w:top w:w="80" w:type="dxa"/>
              <w:left w:w="100" w:type="dxa"/>
              <w:bottom w:w="80" w:type="dxa"/>
              <w:right w:w="100" w:type="dxa"/>
            </w:tcMar>
            <w:vAlign w:val="center"/>
          </w:tcPr>
          <w:p w14:paraId="52EA6BF9" w14:textId="77777777" w:rsidR="00137897" w:rsidRDefault="00C76FED">
            <w:r>
              <w:fldChar w:fldCharType="begin">
                <w:ffData>
                  <w:name w:val="School_2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AEC6F65" w14:textId="77777777">
        <w:trPr>
          <w:jc w:val="center"/>
        </w:trPr>
        <w:tc>
          <w:tcPr>
            <w:tcW w:w="2300" w:type="dxa"/>
            <w:shd w:val="clear" w:color="auto" w:fill="F2F2F2"/>
            <w:tcMar>
              <w:top w:w="80" w:type="dxa"/>
              <w:left w:w="100" w:type="dxa"/>
              <w:bottom w:w="80" w:type="dxa"/>
              <w:right w:w="100" w:type="dxa"/>
            </w:tcMar>
            <w:vAlign w:val="center"/>
          </w:tcPr>
          <w:p w14:paraId="6D1F0B5A" w14:textId="77777777" w:rsidR="00137897" w:rsidRDefault="00C76FED">
            <w:r>
              <w:rPr>
                <w:b/>
              </w:rPr>
              <w:t>Person to Contact</w:t>
            </w:r>
          </w:p>
        </w:tc>
        <w:tc>
          <w:tcPr>
            <w:tcW w:w="6900" w:type="dxa"/>
            <w:tcMar>
              <w:top w:w="80" w:type="dxa"/>
              <w:left w:w="100" w:type="dxa"/>
              <w:bottom w:w="80" w:type="dxa"/>
              <w:right w:w="100" w:type="dxa"/>
            </w:tcMar>
            <w:vAlign w:val="center"/>
          </w:tcPr>
          <w:p w14:paraId="5B035BFA" w14:textId="77777777" w:rsidR="00137897" w:rsidRDefault="00C76FED">
            <w:r>
              <w:fldChar w:fldCharType="begin">
                <w:ffData>
                  <w:name w:val="School_2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506BEC7B" w14:textId="77777777">
        <w:trPr>
          <w:jc w:val="center"/>
        </w:trPr>
        <w:tc>
          <w:tcPr>
            <w:tcW w:w="2300" w:type="dxa"/>
            <w:shd w:val="clear" w:color="auto" w:fill="F2F2F2"/>
            <w:tcMar>
              <w:top w:w="80" w:type="dxa"/>
              <w:left w:w="100" w:type="dxa"/>
              <w:bottom w:w="80" w:type="dxa"/>
              <w:right w:w="100" w:type="dxa"/>
            </w:tcMar>
            <w:vAlign w:val="center"/>
          </w:tcPr>
          <w:p w14:paraId="4B7A4CE8" w14:textId="77777777" w:rsidR="00137897" w:rsidRDefault="00C76FED">
            <w:r>
              <w:rPr>
                <w:b/>
              </w:rPr>
              <w:t>Position Held</w:t>
            </w:r>
          </w:p>
        </w:tc>
        <w:tc>
          <w:tcPr>
            <w:tcW w:w="6900" w:type="dxa"/>
            <w:tcMar>
              <w:top w:w="80" w:type="dxa"/>
              <w:left w:w="100" w:type="dxa"/>
              <w:bottom w:w="80" w:type="dxa"/>
              <w:right w:w="100" w:type="dxa"/>
            </w:tcMar>
            <w:vAlign w:val="center"/>
          </w:tcPr>
          <w:p w14:paraId="2DE54A9B" w14:textId="77777777" w:rsidR="00137897" w:rsidRDefault="00C76FED">
            <w:r>
              <w:fldChar w:fldCharType="begin">
                <w:ffData>
                  <w:name w:val="School_2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0745030" w14:textId="77777777">
        <w:trPr>
          <w:jc w:val="center"/>
        </w:trPr>
        <w:tc>
          <w:tcPr>
            <w:tcW w:w="2300" w:type="dxa"/>
            <w:shd w:val="clear" w:color="auto" w:fill="F2F2F2"/>
            <w:tcMar>
              <w:top w:w="80" w:type="dxa"/>
              <w:left w:w="100" w:type="dxa"/>
              <w:bottom w:w="80" w:type="dxa"/>
              <w:right w:w="100" w:type="dxa"/>
            </w:tcMar>
            <w:vAlign w:val="center"/>
          </w:tcPr>
          <w:p w14:paraId="575C1229" w14:textId="77777777" w:rsidR="00137897" w:rsidRDefault="00C76FED">
            <w:r>
              <w:rPr>
                <w:b/>
              </w:rPr>
              <w:t>Dates of Employment</w:t>
            </w:r>
          </w:p>
        </w:tc>
        <w:tc>
          <w:tcPr>
            <w:tcW w:w="6900" w:type="dxa"/>
            <w:tcMar>
              <w:top w:w="80" w:type="dxa"/>
              <w:left w:w="100" w:type="dxa"/>
              <w:bottom w:w="80" w:type="dxa"/>
              <w:right w:w="100" w:type="dxa"/>
            </w:tcMar>
            <w:vAlign w:val="center"/>
          </w:tcPr>
          <w:p w14:paraId="023182D1" w14:textId="77777777" w:rsidR="00137897" w:rsidRDefault="00C76FED">
            <w:r>
              <w:fldChar w:fldCharType="begin">
                <w:ffData>
                  <w:name w:val="School_2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66189654" w14:textId="77777777">
        <w:trPr>
          <w:jc w:val="center"/>
        </w:trPr>
        <w:tc>
          <w:tcPr>
            <w:tcW w:w="2300" w:type="dxa"/>
            <w:shd w:val="clear" w:color="auto" w:fill="F2F2F2"/>
            <w:tcMar>
              <w:top w:w="80" w:type="dxa"/>
              <w:left w:w="100" w:type="dxa"/>
              <w:bottom w:w="80" w:type="dxa"/>
              <w:right w:w="100" w:type="dxa"/>
            </w:tcMar>
            <w:vAlign w:val="center"/>
          </w:tcPr>
          <w:p w14:paraId="4935071F" w14:textId="77777777" w:rsidR="00137897" w:rsidRDefault="00C76FED">
            <w:r>
              <w:rPr>
                <w:b/>
              </w:rPr>
              <w:t>Reason for Separation</w:t>
            </w:r>
          </w:p>
        </w:tc>
        <w:tc>
          <w:tcPr>
            <w:tcW w:w="6900" w:type="dxa"/>
            <w:tcMar>
              <w:top w:w="80" w:type="dxa"/>
              <w:left w:w="100" w:type="dxa"/>
              <w:bottom w:w="80" w:type="dxa"/>
              <w:right w:w="100" w:type="dxa"/>
            </w:tcMar>
            <w:vAlign w:val="center"/>
          </w:tcPr>
          <w:p w14:paraId="125F1E42" w14:textId="77777777" w:rsidR="00137897" w:rsidRDefault="00C76FED">
            <w:pPr>
              <w:spacing w:after="240"/>
            </w:pPr>
            <w:r>
              <w:fldChar w:fldCharType="begin">
                <w:ffData>
                  <w:name w:val="School_2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584BF1E0" w14:textId="77777777" w:rsidR="00137897" w:rsidRDefault="00137897">
      <w:pPr>
        <w:spacing w:after="20"/>
      </w:pPr>
    </w:p>
    <w:p w14:paraId="748B04A6" w14:textId="77777777" w:rsidR="00137897" w:rsidRDefault="00C76FED">
      <w:r>
        <w:br w:type="page"/>
      </w:r>
    </w:p>
    <w:p w14:paraId="143E5230" w14:textId="77777777" w:rsidR="00137897" w:rsidRDefault="00C76FED">
      <w:pPr>
        <w:pStyle w:val="Heading1"/>
        <w:shd w:val="clear" w:color="auto" w:fill="D9EAF7"/>
      </w:pPr>
      <w:r>
        <w:lastRenderedPageBreak/>
        <w:t>I. Employment Information – Schools (continued)</w:t>
      </w:r>
    </w:p>
    <w:tbl>
      <w:tblPr>
        <w:tblW w:w="0" w:type="auto"/>
        <w:jc w:val="center"/>
        <w:tblLayout w:type="fixed"/>
        <w:tblLook w:val="04A0" w:firstRow="1" w:lastRow="0" w:firstColumn="1" w:lastColumn="0" w:noHBand="0" w:noVBand="1"/>
      </w:tblPr>
      <w:tblGrid>
        <w:gridCol w:w="2300"/>
        <w:gridCol w:w="8068"/>
      </w:tblGrid>
      <w:tr w:rsidR="00137897" w14:paraId="7BA00E55" w14:textId="77777777">
        <w:trPr>
          <w:jc w:val="center"/>
        </w:trPr>
        <w:tc>
          <w:tcPr>
            <w:tcW w:w="10368" w:type="dxa"/>
            <w:gridSpan w:val="2"/>
            <w:shd w:val="clear" w:color="auto" w:fill="1F4E79"/>
            <w:tcMar>
              <w:top w:w="70" w:type="dxa"/>
              <w:left w:w="100" w:type="dxa"/>
              <w:bottom w:w="70" w:type="dxa"/>
              <w:right w:w="100" w:type="dxa"/>
            </w:tcMar>
          </w:tcPr>
          <w:p w14:paraId="35E3B4E9" w14:textId="77777777" w:rsidR="00137897" w:rsidRDefault="00C76FED">
            <w:r>
              <w:rPr>
                <w:b/>
                <w:color w:val="FFFFFF"/>
              </w:rPr>
              <w:t>School / Employer Entry 3</w:t>
            </w:r>
          </w:p>
        </w:tc>
      </w:tr>
      <w:tr w:rsidR="00137897" w14:paraId="0F1C6F21" w14:textId="77777777">
        <w:trPr>
          <w:jc w:val="center"/>
        </w:trPr>
        <w:tc>
          <w:tcPr>
            <w:tcW w:w="2300" w:type="dxa"/>
            <w:shd w:val="clear" w:color="auto" w:fill="F2F2F2"/>
            <w:tcMar>
              <w:top w:w="80" w:type="dxa"/>
              <w:left w:w="100" w:type="dxa"/>
              <w:bottom w:w="80" w:type="dxa"/>
              <w:right w:w="100" w:type="dxa"/>
            </w:tcMar>
            <w:vAlign w:val="center"/>
          </w:tcPr>
          <w:p w14:paraId="4652BBDA" w14:textId="77777777" w:rsidR="00137897" w:rsidRDefault="00C76FED">
            <w:r>
              <w:rPr>
                <w:b/>
              </w:rPr>
              <w:t>School Name</w:t>
            </w:r>
          </w:p>
        </w:tc>
        <w:tc>
          <w:tcPr>
            <w:tcW w:w="6900" w:type="dxa"/>
            <w:tcMar>
              <w:top w:w="80" w:type="dxa"/>
              <w:left w:w="100" w:type="dxa"/>
              <w:bottom w:w="80" w:type="dxa"/>
              <w:right w:w="100" w:type="dxa"/>
            </w:tcMar>
            <w:vAlign w:val="center"/>
          </w:tcPr>
          <w:p w14:paraId="6EFD8677" w14:textId="77777777" w:rsidR="00137897" w:rsidRDefault="00C76FED">
            <w:r>
              <w:fldChar w:fldCharType="begin">
                <w:ffData>
                  <w:name w:val="School_3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31E9DD1" w14:textId="77777777">
        <w:trPr>
          <w:jc w:val="center"/>
        </w:trPr>
        <w:tc>
          <w:tcPr>
            <w:tcW w:w="2300" w:type="dxa"/>
            <w:shd w:val="clear" w:color="auto" w:fill="F2F2F2"/>
            <w:tcMar>
              <w:top w:w="80" w:type="dxa"/>
              <w:left w:w="100" w:type="dxa"/>
              <w:bottom w:w="80" w:type="dxa"/>
              <w:right w:w="100" w:type="dxa"/>
            </w:tcMar>
            <w:vAlign w:val="center"/>
          </w:tcPr>
          <w:p w14:paraId="50E00E0B" w14:textId="77777777" w:rsidR="00137897" w:rsidRDefault="00C76FED">
            <w:r>
              <w:rPr>
                <w:b/>
              </w:rPr>
              <w:t>School Address</w:t>
            </w:r>
          </w:p>
        </w:tc>
        <w:tc>
          <w:tcPr>
            <w:tcW w:w="6900" w:type="dxa"/>
            <w:tcMar>
              <w:top w:w="80" w:type="dxa"/>
              <w:left w:w="100" w:type="dxa"/>
              <w:bottom w:w="80" w:type="dxa"/>
              <w:right w:w="100" w:type="dxa"/>
            </w:tcMar>
            <w:vAlign w:val="center"/>
          </w:tcPr>
          <w:p w14:paraId="3E8799A8" w14:textId="77777777" w:rsidR="00137897" w:rsidRDefault="00C76FED">
            <w:pPr>
              <w:spacing w:after="240"/>
            </w:pPr>
            <w:r>
              <w:fldChar w:fldCharType="begin">
                <w:ffData>
                  <w:name w:val="School_3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219A44D" w14:textId="77777777">
        <w:trPr>
          <w:jc w:val="center"/>
        </w:trPr>
        <w:tc>
          <w:tcPr>
            <w:tcW w:w="2300" w:type="dxa"/>
            <w:shd w:val="clear" w:color="auto" w:fill="F2F2F2"/>
            <w:tcMar>
              <w:top w:w="80" w:type="dxa"/>
              <w:left w:w="100" w:type="dxa"/>
              <w:bottom w:w="80" w:type="dxa"/>
              <w:right w:w="100" w:type="dxa"/>
            </w:tcMar>
            <w:vAlign w:val="center"/>
          </w:tcPr>
          <w:p w14:paraId="78994851" w14:textId="77777777" w:rsidR="00137897" w:rsidRDefault="00C76FED">
            <w:r>
              <w:rPr>
                <w:b/>
              </w:rPr>
              <w:t>School Phone Number</w:t>
            </w:r>
          </w:p>
        </w:tc>
        <w:tc>
          <w:tcPr>
            <w:tcW w:w="6900" w:type="dxa"/>
            <w:tcMar>
              <w:top w:w="80" w:type="dxa"/>
              <w:left w:w="100" w:type="dxa"/>
              <w:bottom w:w="80" w:type="dxa"/>
              <w:right w:w="100" w:type="dxa"/>
            </w:tcMar>
            <w:vAlign w:val="center"/>
          </w:tcPr>
          <w:p w14:paraId="2B78531F" w14:textId="77777777" w:rsidR="00137897" w:rsidRDefault="00C76FED">
            <w:r>
              <w:fldChar w:fldCharType="begin">
                <w:ffData>
                  <w:name w:val="School_3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AB84550" w14:textId="77777777">
        <w:trPr>
          <w:jc w:val="center"/>
        </w:trPr>
        <w:tc>
          <w:tcPr>
            <w:tcW w:w="2300" w:type="dxa"/>
            <w:shd w:val="clear" w:color="auto" w:fill="F2F2F2"/>
            <w:tcMar>
              <w:top w:w="80" w:type="dxa"/>
              <w:left w:w="100" w:type="dxa"/>
              <w:bottom w:w="80" w:type="dxa"/>
              <w:right w:w="100" w:type="dxa"/>
            </w:tcMar>
            <w:vAlign w:val="center"/>
          </w:tcPr>
          <w:p w14:paraId="6CC10838" w14:textId="77777777" w:rsidR="00137897" w:rsidRDefault="00C76FED">
            <w:r>
              <w:rPr>
                <w:b/>
              </w:rPr>
              <w:t>Person to Contact</w:t>
            </w:r>
          </w:p>
        </w:tc>
        <w:tc>
          <w:tcPr>
            <w:tcW w:w="6900" w:type="dxa"/>
            <w:tcMar>
              <w:top w:w="80" w:type="dxa"/>
              <w:left w:w="100" w:type="dxa"/>
              <w:bottom w:w="80" w:type="dxa"/>
              <w:right w:w="100" w:type="dxa"/>
            </w:tcMar>
            <w:vAlign w:val="center"/>
          </w:tcPr>
          <w:p w14:paraId="44653BE9" w14:textId="77777777" w:rsidR="00137897" w:rsidRDefault="00C76FED">
            <w:r>
              <w:fldChar w:fldCharType="begin">
                <w:ffData>
                  <w:name w:val="School_3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425AD47" w14:textId="77777777">
        <w:trPr>
          <w:jc w:val="center"/>
        </w:trPr>
        <w:tc>
          <w:tcPr>
            <w:tcW w:w="2300" w:type="dxa"/>
            <w:shd w:val="clear" w:color="auto" w:fill="F2F2F2"/>
            <w:tcMar>
              <w:top w:w="80" w:type="dxa"/>
              <w:left w:w="100" w:type="dxa"/>
              <w:bottom w:w="80" w:type="dxa"/>
              <w:right w:w="100" w:type="dxa"/>
            </w:tcMar>
            <w:vAlign w:val="center"/>
          </w:tcPr>
          <w:p w14:paraId="0A480EF1" w14:textId="77777777" w:rsidR="00137897" w:rsidRDefault="00C76FED">
            <w:r>
              <w:rPr>
                <w:b/>
              </w:rPr>
              <w:t>Position Held</w:t>
            </w:r>
          </w:p>
        </w:tc>
        <w:tc>
          <w:tcPr>
            <w:tcW w:w="6900" w:type="dxa"/>
            <w:tcMar>
              <w:top w:w="80" w:type="dxa"/>
              <w:left w:w="100" w:type="dxa"/>
              <w:bottom w:w="80" w:type="dxa"/>
              <w:right w:w="100" w:type="dxa"/>
            </w:tcMar>
            <w:vAlign w:val="center"/>
          </w:tcPr>
          <w:p w14:paraId="0971F737" w14:textId="77777777" w:rsidR="00137897" w:rsidRDefault="00C76FED">
            <w:r>
              <w:fldChar w:fldCharType="begin">
                <w:ffData>
                  <w:name w:val="School_3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E5E53FC" w14:textId="77777777">
        <w:trPr>
          <w:jc w:val="center"/>
        </w:trPr>
        <w:tc>
          <w:tcPr>
            <w:tcW w:w="2300" w:type="dxa"/>
            <w:shd w:val="clear" w:color="auto" w:fill="F2F2F2"/>
            <w:tcMar>
              <w:top w:w="80" w:type="dxa"/>
              <w:left w:w="100" w:type="dxa"/>
              <w:bottom w:w="80" w:type="dxa"/>
              <w:right w:w="100" w:type="dxa"/>
            </w:tcMar>
            <w:vAlign w:val="center"/>
          </w:tcPr>
          <w:p w14:paraId="647574C0" w14:textId="77777777" w:rsidR="00137897" w:rsidRDefault="00C76FED">
            <w:r>
              <w:rPr>
                <w:b/>
              </w:rPr>
              <w:t>Dates of Employment</w:t>
            </w:r>
          </w:p>
        </w:tc>
        <w:tc>
          <w:tcPr>
            <w:tcW w:w="6900" w:type="dxa"/>
            <w:tcMar>
              <w:top w:w="80" w:type="dxa"/>
              <w:left w:w="100" w:type="dxa"/>
              <w:bottom w:w="80" w:type="dxa"/>
              <w:right w:w="100" w:type="dxa"/>
            </w:tcMar>
            <w:vAlign w:val="center"/>
          </w:tcPr>
          <w:p w14:paraId="090CE29D" w14:textId="77777777" w:rsidR="00137897" w:rsidRDefault="00C76FED">
            <w:r>
              <w:fldChar w:fldCharType="begin">
                <w:ffData>
                  <w:name w:val="School_3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4EE08BD" w14:textId="77777777">
        <w:trPr>
          <w:jc w:val="center"/>
        </w:trPr>
        <w:tc>
          <w:tcPr>
            <w:tcW w:w="2300" w:type="dxa"/>
            <w:shd w:val="clear" w:color="auto" w:fill="F2F2F2"/>
            <w:tcMar>
              <w:top w:w="80" w:type="dxa"/>
              <w:left w:w="100" w:type="dxa"/>
              <w:bottom w:w="80" w:type="dxa"/>
              <w:right w:w="100" w:type="dxa"/>
            </w:tcMar>
            <w:vAlign w:val="center"/>
          </w:tcPr>
          <w:p w14:paraId="13C8D82C" w14:textId="77777777" w:rsidR="00137897" w:rsidRDefault="00C76FED">
            <w:r>
              <w:rPr>
                <w:b/>
              </w:rPr>
              <w:t>Reason for Separation</w:t>
            </w:r>
          </w:p>
        </w:tc>
        <w:tc>
          <w:tcPr>
            <w:tcW w:w="6900" w:type="dxa"/>
            <w:tcMar>
              <w:top w:w="80" w:type="dxa"/>
              <w:left w:w="100" w:type="dxa"/>
              <w:bottom w:w="80" w:type="dxa"/>
              <w:right w:w="100" w:type="dxa"/>
            </w:tcMar>
            <w:vAlign w:val="center"/>
          </w:tcPr>
          <w:p w14:paraId="1B19B97F" w14:textId="77777777" w:rsidR="00137897" w:rsidRDefault="00C76FED">
            <w:pPr>
              <w:spacing w:after="240"/>
            </w:pPr>
            <w:r>
              <w:fldChar w:fldCharType="begin">
                <w:ffData>
                  <w:name w:val="School_3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7AD21F10" w14:textId="77777777" w:rsidR="00137897" w:rsidRDefault="00137897">
      <w:pPr>
        <w:spacing w:after="20"/>
      </w:pPr>
    </w:p>
    <w:tbl>
      <w:tblPr>
        <w:tblW w:w="0" w:type="auto"/>
        <w:jc w:val="center"/>
        <w:tblLayout w:type="fixed"/>
        <w:tblLook w:val="04A0" w:firstRow="1" w:lastRow="0" w:firstColumn="1" w:lastColumn="0" w:noHBand="0" w:noVBand="1"/>
      </w:tblPr>
      <w:tblGrid>
        <w:gridCol w:w="2300"/>
        <w:gridCol w:w="8068"/>
      </w:tblGrid>
      <w:tr w:rsidR="00137897" w14:paraId="66317808" w14:textId="77777777">
        <w:trPr>
          <w:jc w:val="center"/>
        </w:trPr>
        <w:tc>
          <w:tcPr>
            <w:tcW w:w="10368" w:type="dxa"/>
            <w:gridSpan w:val="2"/>
            <w:shd w:val="clear" w:color="auto" w:fill="1F4E79"/>
            <w:tcMar>
              <w:top w:w="70" w:type="dxa"/>
              <w:left w:w="100" w:type="dxa"/>
              <w:bottom w:w="70" w:type="dxa"/>
              <w:right w:w="100" w:type="dxa"/>
            </w:tcMar>
          </w:tcPr>
          <w:p w14:paraId="69FE91EF" w14:textId="77777777" w:rsidR="00137897" w:rsidRDefault="00C76FED">
            <w:r>
              <w:rPr>
                <w:b/>
                <w:color w:val="FFFFFF"/>
              </w:rPr>
              <w:t>School / Employer Entry 4</w:t>
            </w:r>
          </w:p>
        </w:tc>
      </w:tr>
      <w:tr w:rsidR="00137897" w14:paraId="2B861984" w14:textId="77777777">
        <w:trPr>
          <w:jc w:val="center"/>
        </w:trPr>
        <w:tc>
          <w:tcPr>
            <w:tcW w:w="2300" w:type="dxa"/>
            <w:shd w:val="clear" w:color="auto" w:fill="F2F2F2"/>
            <w:tcMar>
              <w:top w:w="80" w:type="dxa"/>
              <w:left w:w="100" w:type="dxa"/>
              <w:bottom w:w="80" w:type="dxa"/>
              <w:right w:w="100" w:type="dxa"/>
            </w:tcMar>
            <w:vAlign w:val="center"/>
          </w:tcPr>
          <w:p w14:paraId="12D6AE90" w14:textId="77777777" w:rsidR="00137897" w:rsidRDefault="00C76FED">
            <w:r>
              <w:rPr>
                <w:b/>
              </w:rPr>
              <w:t>School Name</w:t>
            </w:r>
          </w:p>
        </w:tc>
        <w:tc>
          <w:tcPr>
            <w:tcW w:w="6900" w:type="dxa"/>
            <w:tcMar>
              <w:top w:w="80" w:type="dxa"/>
              <w:left w:w="100" w:type="dxa"/>
              <w:bottom w:w="80" w:type="dxa"/>
              <w:right w:w="100" w:type="dxa"/>
            </w:tcMar>
            <w:vAlign w:val="center"/>
          </w:tcPr>
          <w:p w14:paraId="50F3941E" w14:textId="77777777" w:rsidR="00137897" w:rsidRDefault="00C76FED">
            <w:r>
              <w:fldChar w:fldCharType="begin">
                <w:ffData>
                  <w:name w:val="School_4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434FA92" w14:textId="77777777">
        <w:trPr>
          <w:jc w:val="center"/>
        </w:trPr>
        <w:tc>
          <w:tcPr>
            <w:tcW w:w="2300" w:type="dxa"/>
            <w:shd w:val="clear" w:color="auto" w:fill="F2F2F2"/>
            <w:tcMar>
              <w:top w:w="80" w:type="dxa"/>
              <w:left w:w="100" w:type="dxa"/>
              <w:bottom w:w="80" w:type="dxa"/>
              <w:right w:w="100" w:type="dxa"/>
            </w:tcMar>
            <w:vAlign w:val="center"/>
          </w:tcPr>
          <w:p w14:paraId="528DB5E4" w14:textId="77777777" w:rsidR="00137897" w:rsidRDefault="00C76FED">
            <w:r>
              <w:rPr>
                <w:b/>
              </w:rPr>
              <w:t>School Address</w:t>
            </w:r>
          </w:p>
        </w:tc>
        <w:tc>
          <w:tcPr>
            <w:tcW w:w="6900" w:type="dxa"/>
            <w:tcMar>
              <w:top w:w="80" w:type="dxa"/>
              <w:left w:w="100" w:type="dxa"/>
              <w:bottom w:w="80" w:type="dxa"/>
              <w:right w:w="100" w:type="dxa"/>
            </w:tcMar>
            <w:vAlign w:val="center"/>
          </w:tcPr>
          <w:p w14:paraId="2187DCF9" w14:textId="77777777" w:rsidR="00137897" w:rsidRDefault="00C76FED">
            <w:pPr>
              <w:spacing w:after="240"/>
            </w:pPr>
            <w:r>
              <w:fldChar w:fldCharType="begin">
                <w:ffData>
                  <w:name w:val="School_4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0FA2010" w14:textId="77777777">
        <w:trPr>
          <w:jc w:val="center"/>
        </w:trPr>
        <w:tc>
          <w:tcPr>
            <w:tcW w:w="2300" w:type="dxa"/>
            <w:shd w:val="clear" w:color="auto" w:fill="F2F2F2"/>
            <w:tcMar>
              <w:top w:w="80" w:type="dxa"/>
              <w:left w:w="100" w:type="dxa"/>
              <w:bottom w:w="80" w:type="dxa"/>
              <w:right w:w="100" w:type="dxa"/>
            </w:tcMar>
            <w:vAlign w:val="center"/>
          </w:tcPr>
          <w:p w14:paraId="2F7DA322" w14:textId="77777777" w:rsidR="00137897" w:rsidRDefault="00C76FED">
            <w:r>
              <w:rPr>
                <w:b/>
              </w:rPr>
              <w:t>School Phone Number</w:t>
            </w:r>
          </w:p>
        </w:tc>
        <w:tc>
          <w:tcPr>
            <w:tcW w:w="6900" w:type="dxa"/>
            <w:tcMar>
              <w:top w:w="80" w:type="dxa"/>
              <w:left w:w="100" w:type="dxa"/>
              <w:bottom w:w="80" w:type="dxa"/>
              <w:right w:w="100" w:type="dxa"/>
            </w:tcMar>
            <w:vAlign w:val="center"/>
          </w:tcPr>
          <w:p w14:paraId="01E81F01" w14:textId="77777777" w:rsidR="00137897" w:rsidRDefault="00C76FED">
            <w:r>
              <w:fldChar w:fldCharType="begin">
                <w:ffData>
                  <w:name w:val="School_4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6C10B4D0" w14:textId="77777777">
        <w:trPr>
          <w:jc w:val="center"/>
        </w:trPr>
        <w:tc>
          <w:tcPr>
            <w:tcW w:w="2300" w:type="dxa"/>
            <w:shd w:val="clear" w:color="auto" w:fill="F2F2F2"/>
            <w:tcMar>
              <w:top w:w="80" w:type="dxa"/>
              <w:left w:w="100" w:type="dxa"/>
              <w:bottom w:w="80" w:type="dxa"/>
              <w:right w:w="100" w:type="dxa"/>
            </w:tcMar>
            <w:vAlign w:val="center"/>
          </w:tcPr>
          <w:p w14:paraId="56ACD038" w14:textId="77777777" w:rsidR="00137897" w:rsidRDefault="00C76FED">
            <w:r>
              <w:rPr>
                <w:b/>
              </w:rPr>
              <w:t>Person to Contact</w:t>
            </w:r>
          </w:p>
        </w:tc>
        <w:tc>
          <w:tcPr>
            <w:tcW w:w="6900" w:type="dxa"/>
            <w:tcMar>
              <w:top w:w="80" w:type="dxa"/>
              <w:left w:w="100" w:type="dxa"/>
              <w:bottom w:w="80" w:type="dxa"/>
              <w:right w:w="100" w:type="dxa"/>
            </w:tcMar>
            <w:vAlign w:val="center"/>
          </w:tcPr>
          <w:p w14:paraId="3EBCCCFC" w14:textId="77777777" w:rsidR="00137897" w:rsidRDefault="00C76FED">
            <w:r>
              <w:fldChar w:fldCharType="begin">
                <w:ffData>
                  <w:name w:val="School_4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AC2F60A" w14:textId="77777777">
        <w:trPr>
          <w:jc w:val="center"/>
        </w:trPr>
        <w:tc>
          <w:tcPr>
            <w:tcW w:w="2300" w:type="dxa"/>
            <w:shd w:val="clear" w:color="auto" w:fill="F2F2F2"/>
            <w:tcMar>
              <w:top w:w="80" w:type="dxa"/>
              <w:left w:w="100" w:type="dxa"/>
              <w:bottom w:w="80" w:type="dxa"/>
              <w:right w:w="100" w:type="dxa"/>
            </w:tcMar>
            <w:vAlign w:val="center"/>
          </w:tcPr>
          <w:p w14:paraId="57F58486" w14:textId="77777777" w:rsidR="00137897" w:rsidRDefault="00C76FED">
            <w:r>
              <w:rPr>
                <w:b/>
              </w:rPr>
              <w:t>Position Held</w:t>
            </w:r>
          </w:p>
        </w:tc>
        <w:tc>
          <w:tcPr>
            <w:tcW w:w="6900" w:type="dxa"/>
            <w:tcMar>
              <w:top w:w="80" w:type="dxa"/>
              <w:left w:w="100" w:type="dxa"/>
              <w:bottom w:w="80" w:type="dxa"/>
              <w:right w:w="100" w:type="dxa"/>
            </w:tcMar>
            <w:vAlign w:val="center"/>
          </w:tcPr>
          <w:p w14:paraId="00E9F75A" w14:textId="77777777" w:rsidR="00137897" w:rsidRDefault="00C76FED">
            <w:r>
              <w:fldChar w:fldCharType="begin">
                <w:ffData>
                  <w:name w:val="School_4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38ECDD03" w14:textId="77777777">
        <w:trPr>
          <w:jc w:val="center"/>
        </w:trPr>
        <w:tc>
          <w:tcPr>
            <w:tcW w:w="2300" w:type="dxa"/>
            <w:shd w:val="clear" w:color="auto" w:fill="F2F2F2"/>
            <w:tcMar>
              <w:top w:w="80" w:type="dxa"/>
              <w:left w:w="100" w:type="dxa"/>
              <w:bottom w:w="80" w:type="dxa"/>
              <w:right w:w="100" w:type="dxa"/>
            </w:tcMar>
            <w:vAlign w:val="center"/>
          </w:tcPr>
          <w:p w14:paraId="146595E8" w14:textId="77777777" w:rsidR="00137897" w:rsidRDefault="00C76FED">
            <w:r>
              <w:rPr>
                <w:b/>
              </w:rPr>
              <w:t>Dates of Employment</w:t>
            </w:r>
          </w:p>
        </w:tc>
        <w:tc>
          <w:tcPr>
            <w:tcW w:w="6900" w:type="dxa"/>
            <w:tcMar>
              <w:top w:w="80" w:type="dxa"/>
              <w:left w:w="100" w:type="dxa"/>
              <w:bottom w:w="80" w:type="dxa"/>
              <w:right w:w="100" w:type="dxa"/>
            </w:tcMar>
            <w:vAlign w:val="center"/>
          </w:tcPr>
          <w:p w14:paraId="1834B412" w14:textId="77777777" w:rsidR="00137897" w:rsidRDefault="00C76FED">
            <w:r>
              <w:fldChar w:fldCharType="begin">
                <w:ffData>
                  <w:name w:val="School_4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5FC494C" w14:textId="77777777">
        <w:trPr>
          <w:jc w:val="center"/>
        </w:trPr>
        <w:tc>
          <w:tcPr>
            <w:tcW w:w="2300" w:type="dxa"/>
            <w:shd w:val="clear" w:color="auto" w:fill="F2F2F2"/>
            <w:tcMar>
              <w:top w:w="80" w:type="dxa"/>
              <w:left w:w="100" w:type="dxa"/>
              <w:bottom w:w="80" w:type="dxa"/>
              <w:right w:w="100" w:type="dxa"/>
            </w:tcMar>
            <w:vAlign w:val="center"/>
          </w:tcPr>
          <w:p w14:paraId="71E77C57" w14:textId="77777777" w:rsidR="00137897" w:rsidRDefault="00C76FED">
            <w:r>
              <w:rPr>
                <w:b/>
              </w:rPr>
              <w:t>Reason for Separation</w:t>
            </w:r>
          </w:p>
        </w:tc>
        <w:tc>
          <w:tcPr>
            <w:tcW w:w="6900" w:type="dxa"/>
            <w:tcMar>
              <w:top w:w="80" w:type="dxa"/>
              <w:left w:w="100" w:type="dxa"/>
              <w:bottom w:w="80" w:type="dxa"/>
              <w:right w:w="100" w:type="dxa"/>
            </w:tcMar>
            <w:vAlign w:val="center"/>
          </w:tcPr>
          <w:p w14:paraId="5899F942" w14:textId="77777777" w:rsidR="00137897" w:rsidRDefault="00C76FED">
            <w:pPr>
              <w:spacing w:after="240"/>
            </w:pPr>
            <w:r>
              <w:fldChar w:fldCharType="begin">
                <w:ffData>
                  <w:name w:val="School_4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5A94A6CC" w14:textId="77777777" w:rsidR="00137897" w:rsidRDefault="00137897">
      <w:pPr>
        <w:spacing w:after="20"/>
      </w:pPr>
    </w:p>
    <w:p w14:paraId="13CFD72C" w14:textId="77777777" w:rsidR="00137897" w:rsidRDefault="00C76FED">
      <w:r>
        <w:br w:type="page"/>
      </w:r>
    </w:p>
    <w:p w14:paraId="277E7E84" w14:textId="77777777" w:rsidR="00137897" w:rsidRDefault="00C76FED">
      <w:pPr>
        <w:pStyle w:val="Heading1"/>
        <w:shd w:val="clear" w:color="auto" w:fill="D9EAF7"/>
      </w:pPr>
      <w:r>
        <w:lastRenderedPageBreak/>
        <w:t>I. Employment Information – Other Employers</w:t>
      </w:r>
    </w:p>
    <w:p w14:paraId="3AC84507" w14:textId="77777777" w:rsidR="00137897" w:rsidRDefault="00C76FED">
      <w:r>
        <w:rPr>
          <w:i/>
          <w:sz w:val="18"/>
        </w:rPr>
        <w:t>B. Complete the following information for your current employer and all former employers for positions held within the last seven (7) years that have involved direct contact with children. You do not need to include the schools you listed in Section A above. Start with the most recent employer. Include additional pages if necessary.</w:t>
      </w:r>
    </w:p>
    <w:tbl>
      <w:tblPr>
        <w:tblW w:w="0" w:type="auto"/>
        <w:jc w:val="center"/>
        <w:tblLayout w:type="fixed"/>
        <w:tblLook w:val="04A0" w:firstRow="1" w:lastRow="0" w:firstColumn="1" w:lastColumn="0" w:noHBand="0" w:noVBand="1"/>
      </w:tblPr>
      <w:tblGrid>
        <w:gridCol w:w="2300"/>
        <w:gridCol w:w="8068"/>
      </w:tblGrid>
      <w:tr w:rsidR="00137897" w14:paraId="79A3FCFD" w14:textId="77777777">
        <w:trPr>
          <w:jc w:val="center"/>
        </w:trPr>
        <w:tc>
          <w:tcPr>
            <w:tcW w:w="10368" w:type="dxa"/>
            <w:gridSpan w:val="2"/>
            <w:shd w:val="clear" w:color="auto" w:fill="1F4E79"/>
            <w:tcMar>
              <w:top w:w="70" w:type="dxa"/>
              <w:left w:w="100" w:type="dxa"/>
              <w:bottom w:w="70" w:type="dxa"/>
              <w:right w:w="100" w:type="dxa"/>
            </w:tcMar>
          </w:tcPr>
          <w:p w14:paraId="300CE46D" w14:textId="77777777" w:rsidR="00137897" w:rsidRDefault="00C76FED">
            <w:r>
              <w:rPr>
                <w:b/>
                <w:color w:val="FFFFFF"/>
              </w:rPr>
              <w:t>Employer Entry 1</w:t>
            </w:r>
          </w:p>
        </w:tc>
      </w:tr>
      <w:tr w:rsidR="00137897" w14:paraId="52BDDB59" w14:textId="77777777">
        <w:trPr>
          <w:jc w:val="center"/>
        </w:trPr>
        <w:tc>
          <w:tcPr>
            <w:tcW w:w="2300" w:type="dxa"/>
            <w:shd w:val="clear" w:color="auto" w:fill="F2F2F2"/>
            <w:tcMar>
              <w:top w:w="80" w:type="dxa"/>
              <w:left w:w="100" w:type="dxa"/>
              <w:bottom w:w="80" w:type="dxa"/>
              <w:right w:w="100" w:type="dxa"/>
            </w:tcMar>
            <w:vAlign w:val="center"/>
          </w:tcPr>
          <w:p w14:paraId="232D7C7C" w14:textId="77777777" w:rsidR="00137897" w:rsidRDefault="00C76FED">
            <w:r>
              <w:rPr>
                <w:b/>
              </w:rPr>
              <w:t>Employer Name</w:t>
            </w:r>
          </w:p>
        </w:tc>
        <w:tc>
          <w:tcPr>
            <w:tcW w:w="6900" w:type="dxa"/>
            <w:tcMar>
              <w:top w:w="80" w:type="dxa"/>
              <w:left w:w="100" w:type="dxa"/>
              <w:bottom w:w="80" w:type="dxa"/>
              <w:right w:w="100" w:type="dxa"/>
            </w:tcMar>
            <w:vAlign w:val="center"/>
          </w:tcPr>
          <w:p w14:paraId="230D5D37" w14:textId="77777777" w:rsidR="00137897" w:rsidRDefault="00C76FED">
            <w:r>
              <w:fldChar w:fldCharType="begin">
                <w:ffData>
                  <w:name w:val="Employer_1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FD9D0E5" w14:textId="77777777">
        <w:trPr>
          <w:jc w:val="center"/>
        </w:trPr>
        <w:tc>
          <w:tcPr>
            <w:tcW w:w="2300" w:type="dxa"/>
            <w:shd w:val="clear" w:color="auto" w:fill="F2F2F2"/>
            <w:tcMar>
              <w:top w:w="80" w:type="dxa"/>
              <w:left w:w="100" w:type="dxa"/>
              <w:bottom w:w="80" w:type="dxa"/>
              <w:right w:w="100" w:type="dxa"/>
            </w:tcMar>
            <w:vAlign w:val="center"/>
          </w:tcPr>
          <w:p w14:paraId="5894D367" w14:textId="77777777" w:rsidR="00137897" w:rsidRDefault="00C76FED">
            <w:r>
              <w:rPr>
                <w:b/>
              </w:rPr>
              <w:t>Employer Address</w:t>
            </w:r>
          </w:p>
        </w:tc>
        <w:tc>
          <w:tcPr>
            <w:tcW w:w="6900" w:type="dxa"/>
            <w:tcMar>
              <w:top w:w="80" w:type="dxa"/>
              <w:left w:w="100" w:type="dxa"/>
              <w:bottom w:w="80" w:type="dxa"/>
              <w:right w:w="100" w:type="dxa"/>
            </w:tcMar>
            <w:vAlign w:val="center"/>
          </w:tcPr>
          <w:p w14:paraId="607EE9BD" w14:textId="77777777" w:rsidR="00137897" w:rsidRDefault="00C76FED">
            <w:pPr>
              <w:spacing w:after="240"/>
            </w:pPr>
            <w:r>
              <w:fldChar w:fldCharType="begin">
                <w:ffData>
                  <w:name w:val="Employer_1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33D9139" w14:textId="77777777">
        <w:trPr>
          <w:jc w:val="center"/>
        </w:trPr>
        <w:tc>
          <w:tcPr>
            <w:tcW w:w="2300" w:type="dxa"/>
            <w:shd w:val="clear" w:color="auto" w:fill="F2F2F2"/>
            <w:tcMar>
              <w:top w:w="80" w:type="dxa"/>
              <w:left w:w="100" w:type="dxa"/>
              <w:bottom w:w="80" w:type="dxa"/>
              <w:right w:w="100" w:type="dxa"/>
            </w:tcMar>
            <w:vAlign w:val="center"/>
          </w:tcPr>
          <w:p w14:paraId="622FEE34" w14:textId="77777777" w:rsidR="00137897" w:rsidRDefault="00C76FED">
            <w:r>
              <w:rPr>
                <w:b/>
              </w:rPr>
              <w:t>Employer Phone Number</w:t>
            </w:r>
          </w:p>
        </w:tc>
        <w:tc>
          <w:tcPr>
            <w:tcW w:w="6900" w:type="dxa"/>
            <w:tcMar>
              <w:top w:w="80" w:type="dxa"/>
              <w:left w:w="100" w:type="dxa"/>
              <w:bottom w:w="80" w:type="dxa"/>
              <w:right w:w="100" w:type="dxa"/>
            </w:tcMar>
            <w:vAlign w:val="center"/>
          </w:tcPr>
          <w:p w14:paraId="63D23B66" w14:textId="77777777" w:rsidR="00137897" w:rsidRDefault="00C76FED">
            <w:r>
              <w:fldChar w:fldCharType="begin">
                <w:ffData>
                  <w:name w:val="Employer_1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E6C2B40" w14:textId="77777777">
        <w:trPr>
          <w:jc w:val="center"/>
        </w:trPr>
        <w:tc>
          <w:tcPr>
            <w:tcW w:w="2300" w:type="dxa"/>
            <w:shd w:val="clear" w:color="auto" w:fill="F2F2F2"/>
            <w:tcMar>
              <w:top w:w="80" w:type="dxa"/>
              <w:left w:w="100" w:type="dxa"/>
              <w:bottom w:w="80" w:type="dxa"/>
              <w:right w:w="100" w:type="dxa"/>
            </w:tcMar>
            <w:vAlign w:val="center"/>
          </w:tcPr>
          <w:p w14:paraId="3BF8F107" w14:textId="77777777" w:rsidR="00137897" w:rsidRDefault="00C76FED">
            <w:r>
              <w:rPr>
                <w:b/>
              </w:rPr>
              <w:t>Person to Contact</w:t>
            </w:r>
          </w:p>
        </w:tc>
        <w:tc>
          <w:tcPr>
            <w:tcW w:w="6900" w:type="dxa"/>
            <w:tcMar>
              <w:top w:w="80" w:type="dxa"/>
              <w:left w:w="100" w:type="dxa"/>
              <w:bottom w:w="80" w:type="dxa"/>
              <w:right w:w="100" w:type="dxa"/>
            </w:tcMar>
            <w:vAlign w:val="center"/>
          </w:tcPr>
          <w:p w14:paraId="584371A8" w14:textId="77777777" w:rsidR="00137897" w:rsidRDefault="00C76FED">
            <w:r>
              <w:fldChar w:fldCharType="begin">
                <w:ffData>
                  <w:name w:val="Employer_1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079E9639" w14:textId="77777777">
        <w:trPr>
          <w:jc w:val="center"/>
        </w:trPr>
        <w:tc>
          <w:tcPr>
            <w:tcW w:w="2300" w:type="dxa"/>
            <w:shd w:val="clear" w:color="auto" w:fill="F2F2F2"/>
            <w:tcMar>
              <w:top w:w="80" w:type="dxa"/>
              <w:left w:w="100" w:type="dxa"/>
              <w:bottom w:w="80" w:type="dxa"/>
              <w:right w:w="100" w:type="dxa"/>
            </w:tcMar>
            <w:vAlign w:val="center"/>
          </w:tcPr>
          <w:p w14:paraId="06C3FB56" w14:textId="77777777" w:rsidR="00137897" w:rsidRDefault="00C76FED">
            <w:r>
              <w:rPr>
                <w:b/>
              </w:rPr>
              <w:t>Position Held</w:t>
            </w:r>
          </w:p>
        </w:tc>
        <w:tc>
          <w:tcPr>
            <w:tcW w:w="6900" w:type="dxa"/>
            <w:tcMar>
              <w:top w:w="80" w:type="dxa"/>
              <w:left w:w="100" w:type="dxa"/>
              <w:bottom w:w="80" w:type="dxa"/>
              <w:right w:w="100" w:type="dxa"/>
            </w:tcMar>
            <w:vAlign w:val="center"/>
          </w:tcPr>
          <w:p w14:paraId="278DD7DA" w14:textId="77777777" w:rsidR="00137897" w:rsidRDefault="00C76FED">
            <w:r>
              <w:fldChar w:fldCharType="begin">
                <w:ffData>
                  <w:name w:val="Employer_1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0CAB5938" w14:textId="77777777">
        <w:trPr>
          <w:jc w:val="center"/>
        </w:trPr>
        <w:tc>
          <w:tcPr>
            <w:tcW w:w="2300" w:type="dxa"/>
            <w:shd w:val="clear" w:color="auto" w:fill="F2F2F2"/>
            <w:tcMar>
              <w:top w:w="80" w:type="dxa"/>
              <w:left w:w="100" w:type="dxa"/>
              <w:bottom w:w="80" w:type="dxa"/>
              <w:right w:w="100" w:type="dxa"/>
            </w:tcMar>
            <w:vAlign w:val="center"/>
          </w:tcPr>
          <w:p w14:paraId="69F5BBE1" w14:textId="77777777" w:rsidR="00137897" w:rsidRDefault="00C76FED">
            <w:r>
              <w:rPr>
                <w:b/>
              </w:rPr>
              <w:t>Dates of Employment</w:t>
            </w:r>
          </w:p>
        </w:tc>
        <w:tc>
          <w:tcPr>
            <w:tcW w:w="6900" w:type="dxa"/>
            <w:tcMar>
              <w:top w:w="80" w:type="dxa"/>
              <w:left w:w="100" w:type="dxa"/>
              <w:bottom w:w="80" w:type="dxa"/>
              <w:right w:w="100" w:type="dxa"/>
            </w:tcMar>
            <w:vAlign w:val="center"/>
          </w:tcPr>
          <w:p w14:paraId="1335A944" w14:textId="77777777" w:rsidR="00137897" w:rsidRDefault="00C76FED">
            <w:r>
              <w:fldChar w:fldCharType="begin">
                <w:ffData>
                  <w:name w:val="Employer_1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166A4E5" w14:textId="77777777">
        <w:trPr>
          <w:jc w:val="center"/>
        </w:trPr>
        <w:tc>
          <w:tcPr>
            <w:tcW w:w="2300" w:type="dxa"/>
            <w:shd w:val="clear" w:color="auto" w:fill="F2F2F2"/>
            <w:tcMar>
              <w:top w:w="80" w:type="dxa"/>
              <w:left w:w="100" w:type="dxa"/>
              <w:bottom w:w="80" w:type="dxa"/>
              <w:right w:w="100" w:type="dxa"/>
            </w:tcMar>
            <w:vAlign w:val="center"/>
          </w:tcPr>
          <w:p w14:paraId="248A5FB6" w14:textId="77777777" w:rsidR="00137897" w:rsidRDefault="00C76FED">
            <w:r>
              <w:rPr>
                <w:b/>
              </w:rPr>
              <w:t>Reason for Separation</w:t>
            </w:r>
          </w:p>
        </w:tc>
        <w:tc>
          <w:tcPr>
            <w:tcW w:w="6900" w:type="dxa"/>
            <w:tcMar>
              <w:top w:w="80" w:type="dxa"/>
              <w:left w:w="100" w:type="dxa"/>
              <w:bottom w:w="80" w:type="dxa"/>
              <w:right w:w="100" w:type="dxa"/>
            </w:tcMar>
            <w:vAlign w:val="center"/>
          </w:tcPr>
          <w:p w14:paraId="6B867C97" w14:textId="77777777" w:rsidR="00137897" w:rsidRDefault="00C76FED">
            <w:pPr>
              <w:spacing w:after="240"/>
            </w:pPr>
            <w:r>
              <w:fldChar w:fldCharType="begin">
                <w:ffData>
                  <w:name w:val="Employer_1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79D0985D" w14:textId="77777777" w:rsidR="00137897" w:rsidRDefault="00137897">
      <w:pPr>
        <w:spacing w:after="20"/>
      </w:pPr>
    </w:p>
    <w:tbl>
      <w:tblPr>
        <w:tblW w:w="0" w:type="auto"/>
        <w:jc w:val="center"/>
        <w:tblLayout w:type="fixed"/>
        <w:tblLook w:val="04A0" w:firstRow="1" w:lastRow="0" w:firstColumn="1" w:lastColumn="0" w:noHBand="0" w:noVBand="1"/>
      </w:tblPr>
      <w:tblGrid>
        <w:gridCol w:w="2300"/>
        <w:gridCol w:w="8068"/>
      </w:tblGrid>
      <w:tr w:rsidR="00137897" w14:paraId="00CE02BA" w14:textId="77777777">
        <w:trPr>
          <w:jc w:val="center"/>
        </w:trPr>
        <w:tc>
          <w:tcPr>
            <w:tcW w:w="10368" w:type="dxa"/>
            <w:gridSpan w:val="2"/>
            <w:shd w:val="clear" w:color="auto" w:fill="1F4E79"/>
            <w:tcMar>
              <w:top w:w="70" w:type="dxa"/>
              <w:left w:w="100" w:type="dxa"/>
              <w:bottom w:w="70" w:type="dxa"/>
              <w:right w:w="100" w:type="dxa"/>
            </w:tcMar>
          </w:tcPr>
          <w:p w14:paraId="52722A4F" w14:textId="77777777" w:rsidR="00137897" w:rsidRDefault="00C76FED">
            <w:r>
              <w:rPr>
                <w:b/>
                <w:color w:val="FFFFFF"/>
              </w:rPr>
              <w:t>Employer Entry 2</w:t>
            </w:r>
          </w:p>
        </w:tc>
      </w:tr>
      <w:tr w:rsidR="00137897" w14:paraId="67D07FB4" w14:textId="77777777">
        <w:trPr>
          <w:jc w:val="center"/>
        </w:trPr>
        <w:tc>
          <w:tcPr>
            <w:tcW w:w="2300" w:type="dxa"/>
            <w:shd w:val="clear" w:color="auto" w:fill="F2F2F2"/>
            <w:tcMar>
              <w:top w:w="80" w:type="dxa"/>
              <w:left w:w="100" w:type="dxa"/>
              <w:bottom w:w="80" w:type="dxa"/>
              <w:right w:w="100" w:type="dxa"/>
            </w:tcMar>
            <w:vAlign w:val="center"/>
          </w:tcPr>
          <w:p w14:paraId="7A4B4DDE" w14:textId="77777777" w:rsidR="00137897" w:rsidRDefault="00C76FED">
            <w:r>
              <w:rPr>
                <w:b/>
              </w:rPr>
              <w:t>Employer Name</w:t>
            </w:r>
          </w:p>
        </w:tc>
        <w:tc>
          <w:tcPr>
            <w:tcW w:w="6900" w:type="dxa"/>
            <w:tcMar>
              <w:top w:w="80" w:type="dxa"/>
              <w:left w:w="100" w:type="dxa"/>
              <w:bottom w:w="80" w:type="dxa"/>
              <w:right w:w="100" w:type="dxa"/>
            </w:tcMar>
            <w:vAlign w:val="center"/>
          </w:tcPr>
          <w:p w14:paraId="35F7359C" w14:textId="77777777" w:rsidR="00137897" w:rsidRDefault="00C76FED">
            <w:r>
              <w:fldChar w:fldCharType="begin">
                <w:ffData>
                  <w:name w:val="Employer_2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67688883" w14:textId="77777777">
        <w:trPr>
          <w:jc w:val="center"/>
        </w:trPr>
        <w:tc>
          <w:tcPr>
            <w:tcW w:w="2300" w:type="dxa"/>
            <w:shd w:val="clear" w:color="auto" w:fill="F2F2F2"/>
            <w:tcMar>
              <w:top w:w="80" w:type="dxa"/>
              <w:left w:w="100" w:type="dxa"/>
              <w:bottom w:w="80" w:type="dxa"/>
              <w:right w:w="100" w:type="dxa"/>
            </w:tcMar>
            <w:vAlign w:val="center"/>
          </w:tcPr>
          <w:p w14:paraId="44C01B05" w14:textId="77777777" w:rsidR="00137897" w:rsidRDefault="00C76FED">
            <w:r>
              <w:rPr>
                <w:b/>
              </w:rPr>
              <w:t>Employer Address</w:t>
            </w:r>
          </w:p>
        </w:tc>
        <w:tc>
          <w:tcPr>
            <w:tcW w:w="6900" w:type="dxa"/>
            <w:tcMar>
              <w:top w:w="80" w:type="dxa"/>
              <w:left w:w="100" w:type="dxa"/>
              <w:bottom w:w="80" w:type="dxa"/>
              <w:right w:w="100" w:type="dxa"/>
            </w:tcMar>
            <w:vAlign w:val="center"/>
          </w:tcPr>
          <w:p w14:paraId="18D9679C" w14:textId="77777777" w:rsidR="00137897" w:rsidRDefault="00C76FED">
            <w:pPr>
              <w:spacing w:after="240"/>
            </w:pPr>
            <w:r>
              <w:fldChar w:fldCharType="begin">
                <w:ffData>
                  <w:name w:val="Employer_2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F2290B1" w14:textId="77777777">
        <w:trPr>
          <w:jc w:val="center"/>
        </w:trPr>
        <w:tc>
          <w:tcPr>
            <w:tcW w:w="2300" w:type="dxa"/>
            <w:shd w:val="clear" w:color="auto" w:fill="F2F2F2"/>
            <w:tcMar>
              <w:top w:w="80" w:type="dxa"/>
              <w:left w:w="100" w:type="dxa"/>
              <w:bottom w:w="80" w:type="dxa"/>
              <w:right w:w="100" w:type="dxa"/>
            </w:tcMar>
            <w:vAlign w:val="center"/>
          </w:tcPr>
          <w:p w14:paraId="3049F650" w14:textId="77777777" w:rsidR="00137897" w:rsidRDefault="00C76FED">
            <w:r>
              <w:rPr>
                <w:b/>
              </w:rPr>
              <w:t>Employer Phone Number</w:t>
            </w:r>
          </w:p>
        </w:tc>
        <w:tc>
          <w:tcPr>
            <w:tcW w:w="6900" w:type="dxa"/>
            <w:tcMar>
              <w:top w:w="80" w:type="dxa"/>
              <w:left w:w="100" w:type="dxa"/>
              <w:bottom w:w="80" w:type="dxa"/>
              <w:right w:w="100" w:type="dxa"/>
            </w:tcMar>
            <w:vAlign w:val="center"/>
          </w:tcPr>
          <w:p w14:paraId="207B240B" w14:textId="77777777" w:rsidR="00137897" w:rsidRDefault="00C76FED">
            <w:r>
              <w:fldChar w:fldCharType="begin">
                <w:ffData>
                  <w:name w:val="Employer_2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C362644" w14:textId="77777777">
        <w:trPr>
          <w:jc w:val="center"/>
        </w:trPr>
        <w:tc>
          <w:tcPr>
            <w:tcW w:w="2300" w:type="dxa"/>
            <w:shd w:val="clear" w:color="auto" w:fill="F2F2F2"/>
            <w:tcMar>
              <w:top w:w="80" w:type="dxa"/>
              <w:left w:w="100" w:type="dxa"/>
              <w:bottom w:w="80" w:type="dxa"/>
              <w:right w:w="100" w:type="dxa"/>
            </w:tcMar>
            <w:vAlign w:val="center"/>
          </w:tcPr>
          <w:p w14:paraId="5C158FD8" w14:textId="77777777" w:rsidR="00137897" w:rsidRDefault="00C76FED">
            <w:r>
              <w:rPr>
                <w:b/>
              </w:rPr>
              <w:t>Person to Contact</w:t>
            </w:r>
          </w:p>
        </w:tc>
        <w:tc>
          <w:tcPr>
            <w:tcW w:w="6900" w:type="dxa"/>
            <w:tcMar>
              <w:top w:w="80" w:type="dxa"/>
              <w:left w:w="100" w:type="dxa"/>
              <w:bottom w:w="80" w:type="dxa"/>
              <w:right w:w="100" w:type="dxa"/>
            </w:tcMar>
            <w:vAlign w:val="center"/>
          </w:tcPr>
          <w:p w14:paraId="423C3E7D" w14:textId="77777777" w:rsidR="00137897" w:rsidRDefault="00C76FED">
            <w:r>
              <w:fldChar w:fldCharType="begin">
                <w:ffData>
                  <w:name w:val="Employer_2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0317D1A9" w14:textId="77777777">
        <w:trPr>
          <w:jc w:val="center"/>
        </w:trPr>
        <w:tc>
          <w:tcPr>
            <w:tcW w:w="2300" w:type="dxa"/>
            <w:shd w:val="clear" w:color="auto" w:fill="F2F2F2"/>
            <w:tcMar>
              <w:top w:w="80" w:type="dxa"/>
              <w:left w:w="100" w:type="dxa"/>
              <w:bottom w:w="80" w:type="dxa"/>
              <w:right w:w="100" w:type="dxa"/>
            </w:tcMar>
            <w:vAlign w:val="center"/>
          </w:tcPr>
          <w:p w14:paraId="6466C4E9" w14:textId="77777777" w:rsidR="00137897" w:rsidRDefault="00C76FED">
            <w:r>
              <w:rPr>
                <w:b/>
              </w:rPr>
              <w:t>Position Held</w:t>
            </w:r>
          </w:p>
        </w:tc>
        <w:tc>
          <w:tcPr>
            <w:tcW w:w="6900" w:type="dxa"/>
            <w:tcMar>
              <w:top w:w="80" w:type="dxa"/>
              <w:left w:w="100" w:type="dxa"/>
              <w:bottom w:w="80" w:type="dxa"/>
              <w:right w:w="100" w:type="dxa"/>
            </w:tcMar>
            <w:vAlign w:val="center"/>
          </w:tcPr>
          <w:p w14:paraId="559D000D" w14:textId="77777777" w:rsidR="00137897" w:rsidRDefault="00C76FED">
            <w:r>
              <w:fldChar w:fldCharType="begin">
                <w:ffData>
                  <w:name w:val="Employer_2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386A1F34" w14:textId="77777777">
        <w:trPr>
          <w:jc w:val="center"/>
        </w:trPr>
        <w:tc>
          <w:tcPr>
            <w:tcW w:w="2300" w:type="dxa"/>
            <w:shd w:val="clear" w:color="auto" w:fill="F2F2F2"/>
            <w:tcMar>
              <w:top w:w="80" w:type="dxa"/>
              <w:left w:w="100" w:type="dxa"/>
              <w:bottom w:w="80" w:type="dxa"/>
              <w:right w:w="100" w:type="dxa"/>
            </w:tcMar>
            <w:vAlign w:val="center"/>
          </w:tcPr>
          <w:p w14:paraId="43D2F931" w14:textId="77777777" w:rsidR="00137897" w:rsidRDefault="00C76FED">
            <w:r>
              <w:rPr>
                <w:b/>
              </w:rPr>
              <w:t>Dates of Employment</w:t>
            </w:r>
          </w:p>
        </w:tc>
        <w:tc>
          <w:tcPr>
            <w:tcW w:w="6900" w:type="dxa"/>
            <w:tcMar>
              <w:top w:w="80" w:type="dxa"/>
              <w:left w:w="100" w:type="dxa"/>
              <w:bottom w:w="80" w:type="dxa"/>
              <w:right w:w="100" w:type="dxa"/>
            </w:tcMar>
            <w:vAlign w:val="center"/>
          </w:tcPr>
          <w:p w14:paraId="0FAE9A82" w14:textId="77777777" w:rsidR="00137897" w:rsidRDefault="00C76FED">
            <w:r>
              <w:fldChar w:fldCharType="begin">
                <w:ffData>
                  <w:name w:val="Employer_2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C323B0F" w14:textId="77777777">
        <w:trPr>
          <w:jc w:val="center"/>
        </w:trPr>
        <w:tc>
          <w:tcPr>
            <w:tcW w:w="2300" w:type="dxa"/>
            <w:shd w:val="clear" w:color="auto" w:fill="F2F2F2"/>
            <w:tcMar>
              <w:top w:w="80" w:type="dxa"/>
              <w:left w:w="100" w:type="dxa"/>
              <w:bottom w:w="80" w:type="dxa"/>
              <w:right w:w="100" w:type="dxa"/>
            </w:tcMar>
            <w:vAlign w:val="center"/>
          </w:tcPr>
          <w:p w14:paraId="5A3BEDA6" w14:textId="77777777" w:rsidR="00137897" w:rsidRDefault="00C76FED">
            <w:r>
              <w:rPr>
                <w:b/>
              </w:rPr>
              <w:t>Reason for Separation</w:t>
            </w:r>
          </w:p>
        </w:tc>
        <w:tc>
          <w:tcPr>
            <w:tcW w:w="6900" w:type="dxa"/>
            <w:tcMar>
              <w:top w:w="80" w:type="dxa"/>
              <w:left w:w="100" w:type="dxa"/>
              <w:bottom w:w="80" w:type="dxa"/>
              <w:right w:w="100" w:type="dxa"/>
            </w:tcMar>
            <w:vAlign w:val="center"/>
          </w:tcPr>
          <w:p w14:paraId="4818D863" w14:textId="77777777" w:rsidR="00137897" w:rsidRDefault="00C76FED">
            <w:pPr>
              <w:spacing w:after="240"/>
            </w:pPr>
            <w:r>
              <w:fldChar w:fldCharType="begin">
                <w:ffData>
                  <w:name w:val="Employer_2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2E109A46" w14:textId="77777777" w:rsidR="00137897" w:rsidRDefault="00137897">
      <w:pPr>
        <w:spacing w:after="20"/>
      </w:pPr>
    </w:p>
    <w:p w14:paraId="4DFB3197" w14:textId="77777777" w:rsidR="00137897" w:rsidRDefault="00C76FED">
      <w:r>
        <w:br w:type="page"/>
      </w:r>
    </w:p>
    <w:p w14:paraId="38AA569B" w14:textId="77777777" w:rsidR="00137897" w:rsidRDefault="00C76FED">
      <w:pPr>
        <w:pStyle w:val="Heading1"/>
        <w:shd w:val="clear" w:color="auto" w:fill="D9EAF7"/>
      </w:pPr>
      <w:r>
        <w:lastRenderedPageBreak/>
        <w:t>I. Employment Information – Other Employers (continued)</w:t>
      </w:r>
    </w:p>
    <w:tbl>
      <w:tblPr>
        <w:tblW w:w="0" w:type="auto"/>
        <w:jc w:val="center"/>
        <w:tblLayout w:type="fixed"/>
        <w:tblLook w:val="04A0" w:firstRow="1" w:lastRow="0" w:firstColumn="1" w:lastColumn="0" w:noHBand="0" w:noVBand="1"/>
      </w:tblPr>
      <w:tblGrid>
        <w:gridCol w:w="2300"/>
        <w:gridCol w:w="8068"/>
      </w:tblGrid>
      <w:tr w:rsidR="00137897" w14:paraId="3AFF91E0" w14:textId="77777777">
        <w:trPr>
          <w:jc w:val="center"/>
        </w:trPr>
        <w:tc>
          <w:tcPr>
            <w:tcW w:w="10368" w:type="dxa"/>
            <w:gridSpan w:val="2"/>
            <w:shd w:val="clear" w:color="auto" w:fill="1F4E79"/>
            <w:tcMar>
              <w:top w:w="70" w:type="dxa"/>
              <w:left w:w="100" w:type="dxa"/>
              <w:bottom w:w="70" w:type="dxa"/>
              <w:right w:w="100" w:type="dxa"/>
            </w:tcMar>
          </w:tcPr>
          <w:p w14:paraId="79C94F99" w14:textId="77777777" w:rsidR="00137897" w:rsidRDefault="00C76FED">
            <w:r>
              <w:rPr>
                <w:b/>
                <w:color w:val="FFFFFF"/>
              </w:rPr>
              <w:t>Employer Entry 3</w:t>
            </w:r>
          </w:p>
        </w:tc>
      </w:tr>
      <w:tr w:rsidR="00137897" w14:paraId="14210F54" w14:textId="77777777">
        <w:trPr>
          <w:jc w:val="center"/>
        </w:trPr>
        <w:tc>
          <w:tcPr>
            <w:tcW w:w="2300" w:type="dxa"/>
            <w:shd w:val="clear" w:color="auto" w:fill="F2F2F2"/>
            <w:tcMar>
              <w:top w:w="80" w:type="dxa"/>
              <w:left w:w="100" w:type="dxa"/>
              <w:bottom w:w="80" w:type="dxa"/>
              <w:right w:w="100" w:type="dxa"/>
            </w:tcMar>
            <w:vAlign w:val="center"/>
          </w:tcPr>
          <w:p w14:paraId="798C0A6D" w14:textId="77777777" w:rsidR="00137897" w:rsidRDefault="00C76FED">
            <w:r>
              <w:rPr>
                <w:b/>
              </w:rPr>
              <w:t>Employer Name</w:t>
            </w:r>
          </w:p>
        </w:tc>
        <w:tc>
          <w:tcPr>
            <w:tcW w:w="6900" w:type="dxa"/>
            <w:tcMar>
              <w:top w:w="80" w:type="dxa"/>
              <w:left w:w="100" w:type="dxa"/>
              <w:bottom w:w="80" w:type="dxa"/>
              <w:right w:w="100" w:type="dxa"/>
            </w:tcMar>
            <w:vAlign w:val="center"/>
          </w:tcPr>
          <w:p w14:paraId="0C78DF74" w14:textId="77777777" w:rsidR="00137897" w:rsidRDefault="00C76FED">
            <w:r>
              <w:fldChar w:fldCharType="begin">
                <w:ffData>
                  <w:name w:val="Employer_3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F514D8B" w14:textId="77777777">
        <w:trPr>
          <w:jc w:val="center"/>
        </w:trPr>
        <w:tc>
          <w:tcPr>
            <w:tcW w:w="2300" w:type="dxa"/>
            <w:shd w:val="clear" w:color="auto" w:fill="F2F2F2"/>
            <w:tcMar>
              <w:top w:w="80" w:type="dxa"/>
              <w:left w:w="100" w:type="dxa"/>
              <w:bottom w:w="80" w:type="dxa"/>
              <w:right w:w="100" w:type="dxa"/>
            </w:tcMar>
            <w:vAlign w:val="center"/>
          </w:tcPr>
          <w:p w14:paraId="5355C71B" w14:textId="77777777" w:rsidR="00137897" w:rsidRDefault="00C76FED">
            <w:r>
              <w:rPr>
                <w:b/>
              </w:rPr>
              <w:t>Employer Address</w:t>
            </w:r>
          </w:p>
        </w:tc>
        <w:tc>
          <w:tcPr>
            <w:tcW w:w="6900" w:type="dxa"/>
            <w:tcMar>
              <w:top w:w="80" w:type="dxa"/>
              <w:left w:w="100" w:type="dxa"/>
              <w:bottom w:w="80" w:type="dxa"/>
              <w:right w:w="100" w:type="dxa"/>
            </w:tcMar>
            <w:vAlign w:val="center"/>
          </w:tcPr>
          <w:p w14:paraId="1CC43C7D" w14:textId="77777777" w:rsidR="00137897" w:rsidRDefault="00C76FED">
            <w:pPr>
              <w:spacing w:after="240"/>
            </w:pPr>
            <w:r>
              <w:fldChar w:fldCharType="begin">
                <w:ffData>
                  <w:name w:val="Employer_3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B17BC86" w14:textId="77777777">
        <w:trPr>
          <w:jc w:val="center"/>
        </w:trPr>
        <w:tc>
          <w:tcPr>
            <w:tcW w:w="2300" w:type="dxa"/>
            <w:shd w:val="clear" w:color="auto" w:fill="F2F2F2"/>
            <w:tcMar>
              <w:top w:w="80" w:type="dxa"/>
              <w:left w:w="100" w:type="dxa"/>
              <w:bottom w:w="80" w:type="dxa"/>
              <w:right w:w="100" w:type="dxa"/>
            </w:tcMar>
            <w:vAlign w:val="center"/>
          </w:tcPr>
          <w:p w14:paraId="5D18A7EF" w14:textId="77777777" w:rsidR="00137897" w:rsidRDefault="00C76FED">
            <w:r>
              <w:rPr>
                <w:b/>
              </w:rPr>
              <w:t>Employer Phone Number</w:t>
            </w:r>
          </w:p>
        </w:tc>
        <w:tc>
          <w:tcPr>
            <w:tcW w:w="6900" w:type="dxa"/>
            <w:tcMar>
              <w:top w:w="80" w:type="dxa"/>
              <w:left w:w="100" w:type="dxa"/>
              <w:bottom w:w="80" w:type="dxa"/>
              <w:right w:w="100" w:type="dxa"/>
            </w:tcMar>
            <w:vAlign w:val="center"/>
          </w:tcPr>
          <w:p w14:paraId="15EF5EE2" w14:textId="77777777" w:rsidR="00137897" w:rsidRDefault="00C76FED">
            <w:r>
              <w:fldChar w:fldCharType="begin">
                <w:ffData>
                  <w:name w:val="Employer_3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7DB81EF2" w14:textId="77777777">
        <w:trPr>
          <w:jc w:val="center"/>
        </w:trPr>
        <w:tc>
          <w:tcPr>
            <w:tcW w:w="2300" w:type="dxa"/>
            <w:shd w:val="clear" w:color="auto" w:fill="F2F2F2"/>
            <w:tcMar>
              <w:top w:w="80" w:type="dxa"/>
              <w:left w:w="100" w:type="dxa"/>
              <w:bottom w:w="80" w:type="dxa"/>
              <w:right w:w="100" w:type="dxa"/>
            </w:tcMar>
            <w:vAlign w:val="center"/>
          </w:tcPr>
          <w:p w14:paraId="78A831E6" w14:textId="77777777" w:rsidR="00137897" w:rsidRDefault="00C76FED">
            <w:r>
              <w:rPr>
                <w:b/>
              </w:rPr>
              <w:t>Person to Contact</w:t>
            </w:r>
          </w:p>
        </w:tc>
        <w:tc>
          <w:tcPr>
            <w:tcW w:w="6900" w:type="dxa"/>
            <w:tcMar>
              <w:top w:w="80" w:type="dxa"/>
              <w:left w:w="100" w:type="dxa"/>
              <w:bottom w:w="80" w:type="dxa"/>
              <w:right w:w="100" w:type="dxa"/>
            </w:tcMar>
            <w:vAlign w:val="center"/>
          </w:tcPr>
          <w:p w14:paraId="678F40DC" w14:textId="77777777" w:rsidR="00137897" w:rsidRDefault="00C76FED">
            <w:r>
              <w:fldChar w:fldCharType="begin">
                <w:ffData>
                  <w:name w:val="Employer_3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4DBCFD7" w14:textId="77777777">
        <w:trPr>
          <w:jc w:val="center"/>
        </w:trPr>
        <w:tc>
          <w:tcPr>
            <w:tcW w:w="2300" w:type="dxa"/>
            <w:shd w:val="clear" w:color="auto" w:fill="F2F2F2"/>
            <w:tcMar>
              <w:top w:w="80" w:type="dxa"/>
              <w:left w:w="100" w:type="dxa"/>
              <w:bottom w:w="80" w:type="dxa"/>
              <w:right w:w="100" w:type="dxa"/>
            </w:tcMar>
            <w:vAlign w:val="center"/>
          </w:tcPr>
          <w:p w14:paraId="1B8820C1" w14:textId="77777777" w:rsidR="00137897" w:rsidRDefault="00C76FED">
            <w:r>
              <w:rPr>
                <w:b/>
              </w:rPr>
              <w:t>Position Held</w:t>
            </w:r>
          </w:p>
        </w:tc>
        <w:tc>
          <w:tcPr>
            <w:tcW w:w="6900" w:type="dxa"/>
            <w:tcMar>
              <w:top w:w="80" w:type="dxa"/>
              <w:left w:w="100" w:type="dxa"/>
              <w:bottom w:w="80" w:type="dxa"/>
              <w:right w:w="100" w:type="dxa"/>
            </w:tcMar>
            <w:vAlign w:val="center"/>
          </w:tcPr>
          <w:p w14:paraId="505D42E3" w14:textId="77777777" w:rsidR="00137897" w:rsidRDefault="00C76FED">
            <w:r>
              <w:fldChar w:fldCharType="begin">
                <w:ffData>
                  <w:name w:val="Employer_3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B0FFE36" w14:textId="77777777">
        <w:trPr>
          <w:jc w:val="center"/>
        </w:trPr>
        <w:tc>
          <w:tcPr>
            <w:tcW w:w="2300" w:type="dxa"/>
            <w:shd w:val="clear" w:color="auto" w:fill="F2F2F2"/>
            <w:tcMar>
              <w:top w:w="80" w:type="dxa"/>
              <w:left w:w="100" w:type="dxa"/>
              <w:bottom w:w="80" w:type="dxa"/>
              <w:right w:w="100" w:type="dxa"/>
            </w:tcMar>
            <w:vAlign w:val="center"/>
          </w:tcPr>
          <w:p w14:paraId="1FC128A0" w14:textId="77777777" w:rsidR="00137897" w:rsidRDefault="00C76FED">
            <w:r>
              <w:rPr>
                <w:b/>
              </w:rPr>
              <w:t>Dates of Employment</w:t>
            </w:r>
          </w:p>
        </w:tc>
        <w:tc>
          <w:tcPr>
            <w:tcW w:w="6900" w:type="dxa"/>
            <w:tcMar>
              <w:top w:w="80" w:type="dxa"/>
              <w:left w:w="100" w:type="dxa"/>
              <w:bottom w:w="80" w:type="dxa"/>
              <w:right w:w="100" w:type="dxa"/>
            </w:tcMar>
            <w:vAlign w:val="center"/>
          </w:tcPr>
          <w:p w14:paraId="50403A78" w14:textId="77777777" w:rsidR="00137897" w:rsidRDefault="00C76FED">
            <w:r>
              <w:fldChar w:fldCharType="begin">
                <w:ffData>
                  <w:name w:val="Employer_3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967B669" w14:textId="77777777">
        <w:trPr>
          <w:jc w:val="center"/>
        </w:trPr>
        <w:tc>
          <w:tcPr>
            <w:tcW w:w="2300" w:type="dxa"/>
            <w:shd w:val="clear" w:color="auto" w:fill="F2F2F2"/>
            <w:tcMar>
              <w:top w:w="80" w:type="dxa"/>
              <w:left w:w="100" w:type="dxa"/>
              <w:bottom w:w="80" w:type="dxa"/>
              <w:right w:w="100" w:type="dxa"/>
            </w:tcMar>
            <w:vAlign w:val="center"/>
          </w:tcPr>
          <w:p w14:paraId="3F9837AE" w14:textId="77777777" w:rsidR="00137897" w:rsidRDefault="00C76FED">
            <w:r>
              <w:rPr>
                <w:b/>
              </w:rPr>
              <w:t>Reason for Separation</w:t>
            </w:r>
          </w:p>
        </w:tc>
        <w:tc>
          <w:tcPr>
            <w:tcW w:w="6900" w:type="dxa"/>
            <w:tcMar>
              <w:top w:w="80" w:type="dxa"/>
              <w:left w:w="100" w:type="dxa"/>
              <w:bottom w:w="80" w:type="dxa"/>
              <w:right w:w="100" w:type="dxa"/>
            </w:tcMar>
            <w:vAlign w:val="center"/>
          </w:tcPr>
          <w:p w14:paraId="4D9CF4CA" w14:textId="77777777" w:rsidR="00137897" w:rsidRDefault="00C76FED">
            <w:pPr>
              <w:spacing w:after="240"/>
            </w:pPr>
            <w:r>
              <w:fldChar w:fldCharType="begin">
                <w:ffData>
                  <w:name w:val="Employer_3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3ACDA97F" w14:textId="77777777" w:rsidR="00137897" w:rsidRDefault="00137897">
      <w:pPr>
        <w:spacing w:after="20"/>
      </w:pPr>
    </w:p>
    <w:tbl>
      <w:tblPr>
        <w:tblW w:w="0" w:type="auto"/>
        <w:jc w:val="center"/>
        <w:tblLayout w:type="fixed"/>
        <w:tblLook w:val="04A0" w:firstRow="1" w:lastRow="0" w:firstColumn="1" w:lastColumn="0" w:noHBand="0" w:noVBand="1"/>
      </w:tblPr>
      <w:tblGrid>
        <w:gridCol w:w="2300"/>
        <w:gridCol w:w="8068"/>
      </w:tblGrid>
      <w:tr w:rsidR="00137897" w14:paraId="45BA010A" w14:textId="77777777">
        <w:trPr>
          <w:jc w:val="center"/>
        </w:trPr>
        <w:tc>
          <w:tcPr>
            <w:tcW w:w="10368" w:type="dxa"/>
            <w:gridSpan w:val="2"/>
            <w:shd w:val="clear" w:color="auto" w:fill="1F4E79"/>
            <w:tcMar>
              <w:top w:w="70" w:type="dxa"/>
              <w:left w:w="100" w:type="dxa"/>
              <w:bottom w:w="70" w:type="dxa"/>
              <w:right w:w="100" w:type="dxa"/>
            </w:tcMar>
          </w:tcPr>
          <w:p w14:paraId="7EEC2E52" w14:textId="77777777" w:rsidR="00137897" w:rsidRDefault="00C76FED">
            <w:r>
              <w:rPr>
                <w:b/>
                <w:color w:val="FFFFFF"/>
              </w:rPr>
              <w:t>Employer Entry 4</w:t>
            </w:r>
          </w:p>
        </w:tc>
      </w:tr>
      <w:tr w:rsidR="00137897" w14:paraId="059A784B" w14:textId="77777777">
        <w:trPr>
          <w:jc w:val="center"/>
        </w:trPr>
        <w:tc>
          <w:tcPr>
            <w:tcW w:w="2300" w:type="dxa"/>
            <w:shd w:val="clear" w:color="auto" w:fill="F2F2F2"/>
            <w:tcMar>
              <w:top w:w="80" w:type="dxa"/>
              <w:left w:w="100" w:type="dxa"/>
              <w:bottom w:w="80" w:type="dxa"/>
              <w:right w:w="100" w:type="dxa"/>
            </w:tcMar>
            <w:vAlign w:val="center"/>
          </w:tcPr>
          <w:p w14:paraId="0BC6C337" w14:textId="77777777" w:rsidR="00137897" w:rsidRDefault="00C76FED">
            <w:r>
              <w:rPr>
                <w:b/>
              </w:rPr>
              <w:t>Employer Name</w:t>
            </w:r>
          </w:p>
        </w:tc>
        <w:tc>
          <w:tcPr>
            <w:tcW w:w="6900" w:type="dxa"/>
            <w:tcMar>
              <w:top w:w="80" w:type="dxa"/>
              <w:left w:w="100" w:type="dxa"/>
              <w:bottom w:w="80" w:type="dxa"/>
              <w:right w:w="100" w:type="dxa"/>
            </w:tcMar>
            <w:vAlign w:val="center"/>
          </w:tcPr>
          <w:p w14:paraId="633BBBA4" w14:textId="77777777" w:rsidR="00137897" w:rsidRDefault="00C76FED">
            <w:r>
              <w:fldChar w:fldCharType="begin">
                <w:ffData>
                  <w:name w:val="Employer_4_0"/>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057A2D1F" w14:textId="77777777">
        <w:trPr>
          <w:jc w:val="center"/>
        </w:trPr>
        <w:tc>
          <w:tcPr>
            <w:tcW w:w="2300" w:type="dxa"/>
            <w:shd w:val="clear" w:color="auto" w:fill="F2F2F2"/>
            <w:tcMar>
              <w:top w:w="80" w:type="dxa"/>
              <w:left w:w="100" w:type="dxa"/>
              <w:bottom w:w="80" w:type="dxa"/>
              <w:right w:w="100" w:type="dxa"/>
            </w:tcMar>
            <w:vAlign w:val="center"/>
          </w:tcPr>
          <w:p w14:paraId="12059670" w14:textId="77777777" w:rsidR="00137897" w:rsidRDefault="00C76FED">
            <w:r>
              <w:rPr>
                <w:b/>
              </w:rPr>
              <w:t>Employer Address</w:t>
            </w:r>
          </w:p>
        </w:tc>
        <w:tc>
          <w:tcPr>
            <w:tcW w:w="6900" w:type="dxa"/>
            <w:tcMar>
              <w:top w:w="80" w:type="dxa"/>
              <w:left w:w="100" w:type="dxa"/>
              <w:bottom w:w="80" w:type="dxa"/>
              <w:right w:w="100" w:type="dxa"/>
            </w:tcMar>
            <w:vAlign w:val="center"/>
          </w:tcPr>
          <w:p w14:paraId="7B68FB35" w14:textId="77777777" w:rsidR="00137897" w:rsidRDefault="00C76FED">
            <w:pPr>
              <w:spacing w:after="240"/>
            </w:pPr>
            <w:r>
              <w:fldChar w:fldCharType="begin">
                <w:ffData>
                  <w:name w:val="Employer_4_1"/>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4BB3827" w14:textId="77777777">
        <w:trPr>
          <w:jc w:val="center"/>
        </w:trPr>
        <w:tc>
          <w:tcPr>
            <w:tcW w:w="2300" w:type="dxa"/>
            <w:shd w:val="clear" w:color="auto" w:fill="F2F2F2"/>
            <w:tcMar>
              <w:top w:w="80" w:type="dxa"/>
              <w:left w:w="100" w:type="dxa"/>
              <w:bottom w:w="80" w:type="dxa"/>
              <w:right w:w="100" w:type="dxa"/>
            </w:tcMar>
            <w:vAlign w:val="center"/>
          </w:tcPr>
          <w:p w14:paraId="3B21C452" w14:textId="77777777" w:rsidR="00137897" w:rsidRDefault="00C76FED">
            <w:r>
              <w:rPr>
                <w:b/>
              </w:rPr>
              <w:t>Employer Phone Number</w:t>
            </w:r>
          </w:p>
        </w:tc>
        <w:tc>
          <w:tcPr>
            <w:tcW w:w="6900" w:type="dxa"/>
            <w:tcMar>
              <w:top w:w="80" w:type="dxa"/>
              <w:left w:w="100" w:type="dxa"/>
              <w:bottom w:w="80" w:type="dxa"/>
              <w:right w:w="100" w:type="dxa"/>
            </w:tcMar>
            <w:vAlign w:val="center"/>
          </w:tcPr>
          <w:p w14:paraId="19755143" w14:textId="77777777" w:rsidR="00137897" w:rsidRDefault="00C76FED">
            <w:r>
              <w:fldChar w:fldCharType="begin">
                <w:ffData>
                  <w:name w:val="Employer_4_2"/>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489B1DC6" w14:textId="77777777">
        <w:trPr>
          <w:jc w:val="center"/>
        </w:trPr>
        <w:tc>
          <w:tcPr>
            <w:tcW w:w="2300" w:type="dxa"/>
            <w:shd w:val="clear" w:color="auto" w:fill="F2F2F2"/>
            <w:tcMar>
              <w:top w:w="80" w:type="dxa"/>
              <w:left w:w="100" w:type="dxa"/>
              <w:bottom w:w="80" w:type="dxa"/>
              <w:right w:w="100" w:type="dxa"/>
            </w:tcMar>
            <w:vAlign w:val="center"/>
          </w:tcPr>
          <w:p w14:paraId="5D660E93" w14:textId="77777777" w:rsidR="00137897" w:rsidRDefault="00C76FED">
            <w:r>
              <w:rPr>
                <w:b/>
              </w:rPr>
              <w:t>Person to Contact</w:t>
            </w:r>
          </w:p>
        </w:tc>
        <w:tc>
          <w:tcPr>
            <w:tcW w:w="6900" w:type="dxa"/>
            <w:tcMar>
              <w:top w:w="80" w:type="dxa"/>
              <w:left w:w="100" w:type="dxa"/>
              <w:bottom w:w="80" w:type="dxa"/>
              <w:right w:w="100" w:type="dxa"/>
            </w:tcMar>
            <w:vAlign w:val="center"/>
          </w:tcPr>
          <w:p w14:paraId="2F4A1883" w14:textId="77777777" w:rsidR="00137897" w:rsidRDefault="00C76FED">
            <w:r>
              <w:fldChar w:fldCharType="begin">
                <w:ffData>
                  <w:name w:val="Employer_4_3"/>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53E6A227" w14:textId="77777777">
        <w:trPr>
          <w:jc w:val="center"/>
        </w:trPr>
        <w:tc>
          <w:tcPr>
            <w:tcW w:w="2300" w:type="dxa"/>
            <w:shd w:val="clear" w:color="auto" w:fill="F2F2F2"/>
            <w:tcMar>
              <w:top w:w="80" w:type="dxa"/>
              <w:left w:w="100" w:type="dxa"/>
              <w:bottom w:w="80" w:type="dxa"/>
              <w:right w:w="100" w:type="dxa"/>
            </w:tcMar>
            <w:vAlign w:val="center"/>
          </w:tcPr>
          <w:p w14:paraId="01D21A03" w14:textId="77777777" w:rsidR="00137897" w:rsidRDefault="00C76FED">
            <w:r>
              <w:rPr>
                <w:b/>
              </w:rPr>
              <w:t>Position Held</w:t>
            </w:r>
          </w:p>
        </w:tc>
        <w:tc>
          <w:tcPr>
            <w:tcW w:w="6900" w:type="dxa"/>
            <w:tcMar>
              <w:top w:w="80" w:type="dxa"/>
              <w:left w:w="100" w:type="dxa"/>
              <w:bottom w:w="80" w:type="dxa"/>
              <w:right w:w="100" w:type="dxa"/>
            </w:tcMar>
            <w:vAlign w:val="center"/>
          </w:tcPr>
          <w:p w14:paraId="743C99D6" w14:textId="77777777" w:rsidR="00137897" w:rsidRDefault="00C76FED">
            <w:r>
              <w:fldChar w:fldCharType="begin">
                <w:ffData>
                  <w:name w:val="Employer_4_4"/>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08EE7DC9" w14:textId="77777777">
        <w:trPr>
          <w:jc w:val="center"/>
        </w:trPr>
        <w:tc>
          <w:tcPr>
            <w:tcW w:w="2300" w:type="dxa"/>
            <w:shd w:val="clear" w:color="auto" w:fill="F2F2F2"/>
            <w:tcMar>
              <w:top w:w="80" w:type="dxa"/>
              <w:left w:w="100" w:type="dxa"/>
              <w:bottom w:w="80" w:type="dxa"/>
              <w:right w:w="100" w:type="dxa"/>
            </w:tcMar>
            <w:vAlign w:val="center"/>
          </w:tcPr>
          <w:p w14:paraId="51E782DD" w14:textId="77777777" w:rsidR="00137897" w:rsidRDefault="00C76FED">
            <w:r>
              <w:rPr>
                <w:b/>
              </w:rPr>
              <w:t>Dates of Employment</w:t>
            </w:r>
          </w:p>
        </w:tc>
        <w:tc>
          <w:tcPr>
            <w:tcW w:w="6900" w:type="dxa"/>
            <w:tcMar>
              <w:top w:w="80" w:type="dxa"/>
              <w:left w:w="100" w:type="dxa"/>
              <w:bottom w:w="80" w:type="dxa"/>
              <w:right w:w="100" w:type="dxa"/>
            </w:tcMar>
            <w:vAlign w:val="center"/>
          </w:tcPr>
          <w:p w14:paraId="39944A2D" w14:textId="77777777" w:rsidR="00137897" w:rsidRDefault="00C76FED">
            <w:r>
              <w:fldChar w:fldCharType="begin">
                <w:ffData>
                  <w:name w:val="Employer_4_5"/>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662A2845" w14:textId="77777777">
        <w:trPr>
          <w:jc w:val="center"/>
        </w:trPr>
        <w:tc>
          <w:tcPr>
            <w:tcW w:w="2300" w:type="dxa"/>
            <w:shd w:val="clear" w:color="auto" w:fill="F2F2F2"/>
            <w:tcMar>
              <w:top w:w="80" w:type="dxa"/>
              <w:left w:w="100" w:type="dxa"/>
              <w:bottom w:w="80" w:type="dxa"/>
              <w:right w:w="100" w:type="dxa"/>
            </w:tcMar>
            <w:vAlign w:val="center"/>
          </w:tcPr>
          <w:p w14:paraId="405C4EE7" w14:textId="77777777" w:rsidR="00137897" w:rsidRDefault="00C76FED">
            <w:r>
              <w:rPr>
                <w:b/>
              </w:rPr>
              <w:t>Reason for Separation</w:t>
            </w:r>
          </w:p>
        </w:tc>
        <w:tc>
          <w:tcPr>
            <w:tcW w:w="6900" w:type="dxa"/>
            <w:tcMar>
              <w:top w:w="80" w:type="dxa"/>
              <w:left w:w="100" w:type="dxa"/>
              <w:bottom w:w="80" w:type="dxa"/>
              <w:right w:w="100" w:type="dxa"/>
            </w:tcMar>
            <w:vAlign w:val="center"/>
          </w:tcPr>
          <w:p w14:paraId="304BC750" w14:textId="77777777" w:rsidR="00137897" w:rsidRDefault="00C76FED">
            <w:pPr>
              <w:spacing w:after="240"/>
            </w:pPr>
            <w:r>
              <w:fldChar w:fldCharType="begin">
                <w:ffData>
                  <w:name w:val="Employer_4_6"/>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7A57C198" w14:textId="77777777" w:rsidR="00137897" w:rsidRDefault="00137897">
      <w:pPr>
        <w:spacing w:after="20"/>
      </w:pPr>
    </w:p>
    <w:p w14:paraId="13AADEF4" w14:textId="77777777" w:rsidR="00137897" w:rsidRDefault="00C76FED">
      <w:r>
        <w:br w:type="page"/>
      </w:r>
    </w:p>
    <w:p w14:paraId="1D37FE80" w14:textId="77777777" w:rsidR="00137897" w:rsidRDefault="00C76FED">
      <w:pPr>
        <w:pStyle w:val="Heading1"/>
        <w:shd w:val="clear" w:color="auto" w:fill="D9EAF7"/>
      </w:pPr>
      <w:r>
        <w:lastRenderedPageBreak/>
        <w:t>II. Attestation of Past Behavior</w:t>
      </w:r>
    </w:p>
    <w:p w14:paraId="082B2F66" w14:textId="77777777" w:rsidR="00137897" w:rsidRDefault="00C76FED">
      <w:pPr>
        <w:spacing w:before="100"/>
      </w:pPr>
      <w:r>
        <w:rPr>
          <w:b/>
        </w:rPr>
        <w:t>1. Have you ever been the subject of a report of child abuse where the results of the investigation found the allegations to be true or found the allegations to be substantiated?</w:t>
      </w:r>
    </w:p>
    <w:p w14:paraId="7BC606B0" w14:textId="77777777" w:rsidR="00137897" w:rsidRDefault="00C76FED">
      <w:pPr>
        <w:ind w:left="360"/>
      </w:pPr>
      <w:r>
        <w:fldChar w:fldCharType="begin">
          <w:ffData>
            <w:name w:val="Q1_Yes"/>
            <w:enabled/>
            <w:calcOnExit w:val="0"/>
            <w:checkBox>
              <w:sizeAuto/>
              <w:default w:val="0"/>
            </w:checkBox>
          </w:ffData>
        </w:fldChar>
      </w:r>
      <w:r>
        <w:instrText xml:space="preserve"> FORMCHECKBOX </w:instrText>
      </w:r>
      <w:r>
        <w:fldChar w:fldCharType="separate"/>
      </w:r>
      <w:r>
        <w:rPr>
          <w:sz w:val="22"/>
        </w:rPr>
        <w:t>☐</w:t>
      </w:r>
      <w:r>
        <w:fldChar w:fldCharType="end"/>
      </w:r>
      <w:r>
        <w:t xml:space="preserve"> Yes   </w:t>
      </w:r>
      <w:r>
        <w:fldChar w:fldCharType="begin">
          <w:ffData>
            <w:name w:val="Q1_No"/>
            <w:enabled/>
            <w:calcOnExit w:val="0"/>
            <w:checkBox>
              <w:sizeAuto/>
              <w:default w:val="0"/>
            </w:checkBox>
          </w:ffData>
        </w:fldChar>
      </w:r>
      <w:r>
        <w:instrText xml:space="preserve"> FORMCHECKBOX </w:instrText>
      </w:r>
      <w:r>
        <w:fldChar w:fldCharType="separate"/>
      </w:r>
      <w:r>
        <w:rPr>
          <w:sz w:val="22"/>
        </w:rPr>
        <w:t>☐</w:t>
      </w:r>
      <w:r>
        <w:fldChar w:fldCharType="end"/>
      </w:r>
      <w:r>
        <w:t xml:space="preserve"> No   </w:t>
      </w:r>
    </w:p>
    <w:p w14:paraId="76FB7556" w14:textId="77777777" w:rsidR="00137897" w:rsidRDefault="00C76FED">
      <w:pPr>
        <w:spacing w:before="100"/>
      </w:pPr>
      <w:r>
        <w:rPr>
          <w:b/>
        </w:rPr>
        <w:t>2. Have you ever been disciplined, discharged, nonrenewed, asked to resign from employment, resigned from employment, or been separated from employment while allegations for child abuse, neglect, or sexual misconduct were pending or under investigation?</w:t>
      </w:r>
    </w:p>
    <w:p w14:paraId="27D1578F" w14:textId="77777777" w:rsidR="00137897" w:rsidRDefault="00C76FED">
      <w:pPr>
        <w:ind w:left="360"/>
      </w:pPr>
      <w:r>
        <w:fldChar w:fldCharType="begin">
          <w:ffData>
            <w:name w:val="Q2_Yes"/>
            <w:enabled/>
            <w:calcOnExit w:val="0"/>
            <w:checkBox>
              <w:sizeAuto/>
              <w:default w:val="0"/>
            </w:checkBox>
          </w:ffData>
        </w:fldChar>
      </w:r>
      <w:r>
        <w:instrText xml:space="preserve"> FORMCHECKBOX </w:instrText>
      </w:r>
      <w:r>
        <w:fldChar w:fldCharType="separate"/>
      </w:r>
      <w:r>
        <w:rPr>
          <w:sz w:val="22"/>
        </w:rPr>
        <w:t>☐</w:t>
      </w:r>
      <w:r>
        <w:fldChar w:fldCharType="end"/>
      </w:r>
      <w:r>
        <w:t xml:space="preserve"> Yes   </w:t>
      </w:r>
      <w:r>
        <w:fldChar w:fldCharType="begin">
          <w:ffData>
            <w:name w:val="Q2_No"/>
            <w:enabled/>
            <w:calcOnExit w:val="0"/>
            <w:checkBox>
              <w:sizeAuto/>
              <w:default w:val="0"/>
            </w:checkBox>
          </w:ffData>
        </w:fldChar>
      </w:r>
      <w:r>
        <w:instrText xml:space="preserve"> FORMCHECKBOX </w:instrText>
      </w:r>
      <w:r>
        <w:fldChar w:fldCharType="separate"/>
      </w:r>
      <w:r>
        <w:rPr>
          <w:sz w:val="22"/>
        </w:rPr>
        <w:t>☐</w:t>
      </w:r>
      <w:r>
        <w:fldChar w:fldCharType="end"/>
      </w:r>
      <w:r>
        <w:t xml:space="preserve"> No   </w:t>
      </w:r>
    </w:p>
    <w:p w14:paraId="2518D168" w14:textId="77777777" w:rsidR="00137897" w:rsidRDefault="00C76FED">
      <w:pPr>
        <w:spacing w:before="100"/>
      </w:pPr>
      <w:r>
        <w:rPr>
          <w:b/>
        </w:rPr>
        <w:t>3. Have you ever been disciplined, discharged, nonrenewed, asked to resign from employment, resigned from employment, or been separated from employment due to an adjudication or finding of child abuse, neglect, or sexual misconduct?</w:t>
      </w:r>
    </w:p>
    <w:p w14:paraId="44264F0F" w14:textId="77777777" w:rsidR="00137897" w:rsidRDefault="00C76FED">
      <w:pPr>
        <w:ind w:left="360"/>
      </w:pPr>
      <w:r>
        <w:fldChar w:fldCharType="begin">
          <w:ffData>
            <w:name w:val="Q3_Yes"/>
            <w:enabled/>
            <w:calcOnExit w:val="0"/>
            <w:checkBox>
              <w:sizeAuto/>
              <w:default w:val="0"/>
            </w:checkBox>
          </w:ffData>
        </w:fldChar>
      </w:r>
      <w:r>
        <w:instrText xml:space="preserve"> FORMCHECKBOX </w:instrText>
      </w:r>
      <w:r>
        <w:fldChar w:fldCharType="separate"/>
      </w:r>
      <w:r>
        <w:rPr>
          <w:sz w:val="22"/>
        </w:rPr>
        <w:t>☐</w:t>
      </w:r>
      <w:r>
        <w:fldChar w:fldCharType="end"/>
      </w:r>
      <w:r>
        <w:t xml:space="preserve"> Yes   </w:t>
      </w:r>
      <w:r>
        <w:fldChar w:fldCharType="begin">
          <w:ffData>
            <w:name w:val="Q3_No"/>
            <w:enabled/>
            <w:calcOnExit w:val="0"/>
            <w:checkBox>
              <w:sizeAuto/>
              <w:default w:val="0"/>
            </w:checkBox>
          </w:ffData>
        </w:fldChar>
      </w:r>
      <w:r>
        <w:instrText xml:space="preserve"> FORMCHECKBOX </w:instrText>
      </w:r>
      <w:r>
        <w:fldChar w:fldCharType="separate"/>
      </w:r>
      <w:r>
        <w:rPr>
          <w:sz w:val="22"/>
        </w:rPr>
        <w:t>☐</w:t>
      </w:r>
      <w:r>
        <w:fldChar w:fldCharType="end"/>
      </w:r>
      <w:r>
        <w:t xml:space="preserve"> No   </w:t>
      </w:r>
    </w:p>
    <w:p w14:paraId="0CB3C8D8" w14:textId="77777777" w:rsidR="00137897" w:rsidRDefault="00C76FED">
      <w:pPr>
        <w:spacing w:before="100"/>
      </w:pPr>
      <w:r>
        <w:rPr>
          <w:b/>
        </w:rPr>
        <w:t>4. Have you ever had a license, professional license, or certificate suspended, surrendered, or revoked while allegations of child abuse, neglect, or sexual misconduct were pending or under investigation?</w:t>
      </w:r>
    </w:p>
    <w:p w14:paraId="682CCA80" w14:textId="77777777" w:rsidR="00137897" w:rsidRDefault="00C76FED">
      <w:pPr>
        <w:ind w:left="360"/>
      </w:pPr>
      <w:r>
        <w:fldChar w:fldCharType="begin">
          <w:ffData>
            <w:name w:val="Q4_Yes"/>
            <w:enabled/>
            <w:calcOnExit w:val="0"/>
            <w:checkBox>
              <w:sizeAuto/>
              <w:default w:val="0"/>
            </w:checkBox>
          </w:ffData>
        </w:fldChar>
      </w:r>
      <w:r>
        <w:instrText xml:space="preserve"> FORMCHECKBOX </w:instrText>
      </w:r>
      <w:r>
        <w:fldChar w:fldCharType="separate"/>
      </w:r>
      <w:r>
        <w:rPr>
          <w:sz w:val="22"/>
        </w:rPr>
        <w:t>☐</w:t>
      </w:r>
      <w:r>
        <w:fldChar w:fldCharType="end"/>
      </w:r>
      <w:r>
        <w:t xml:space="preserve"> Yes   </w:t>
      </w:r>
      <w:r>
        <w:fldChar w:fldCharType="begin">
          <w:ffData>
            <w:name w:val="Q4_No"/>
            <w:enabled/>
            <w:calcOnExit w:val="0"/>
            <w:checkBox>
              <w:sizeAuto/>
              <w:default w:val="0"/>
            </w:checkBox>
          </w:ffData>
        </w:fldChar>
      </w:r>
      <w:r>
        <w:instrText xml:space="preserve"> FORMCHECKBOX </w:instrText>
      </w:r>
      <w:r>
        <w:fldChar w:fldCharType="separate"/>
      </w:r>
      <w:r>
        <w:rPr>
          <w:sz w:val="22"/>
        </w:rPr>
        <w:t>☐</w:t>
      </w:r>
      <w:r>
        <w:fldChar w:fldCharType="end"/>
      </w:r>
      <w:r>
        <w:t xml:space="preserve"> No   </w:t>
      </w:r>
    </w:p>
    <w:p w14:paraId="19618E02" w14:textId="77777777" w:rsidR="00137897" w:rsidRDefault="00C76FED">
      <w:pPr>
        <w:spacing w:before="100"/>
      </w:pPr>
      <w:r>
        <w:rPr>
          <w:b/>
        </w:rPr>
        <w:t>5. Have you ever had a license, professional license, or certificate suspended, surrendered, or revoked due to an adjudication or finding of child abuse, neglect, or sexual misconduct?</w:t>
      </w:r>
    </w:p>
    <w:p w14:paraId="4E919FB8" w14:textId="77777777" w:rsidR="00137897" w:rsidRDefault="00C76FED">
      <w:pPr>
        <w:ind w:left="360"/>
      </w:pPr>
      <w:r>
        <w:fldChar w:fldCharType="begin">
          <w:ffData>
            <w:name w:val="Q5_Yes"/>
            <w:enabled/>
            <w:calcOnExit w:val="0"/>
            <w:checkBox>
              <w:sizeAuto/>
              <w:default w:val="0"/>
            </w:checkBox>
          </w:ffData>
        </w:fldChar>
      </w:r>
      <w:r>
        <w:instrText xml:space="preserve"> FORMCHECKBOX </w:instrText>
      </w:r>
      <w:r>
        <w:fldChar w:fldCharType="separate"/>
      </w:r>
      <w:r>
        <w:rPr>
          <w:sz w:val="22"/>
        </w:rPr>
        <w:t>☐</w:t>
      </w:r>
      <w:r>
        <w:fldChar w:fldCharType="end"/>
      </w:r>
      <w:r>
        <w:t xml:space="preserve"> Yes   </w:t>
      </w:r>
      <w:r>
        <w:fldChar w:fldCharType="begin">
          <w:ffData>
            <w:name w:val="Q5_No"/>
            <w:enabled/>
            <w:calcOnExit w:val="0"/>
            <w:checkBox>
              <w:sizeAuto/>
              <w:default w:val="0"/>
            </w:checkBox>
          </w:ffData>
        </w:fldChar>
      </w:r>
      <w:r>
        <w:instrText xml:space="preserve"> FORMCHECKBOX </w:instrText>
      </w:r>
      <w:r>
        <w:fldChar w:fldCharType="separate"/>
      </w:r>
      <w:r>
        <w:rPr>
          <w:sz w:val="22"/>
        </w:rPr>
        <w:t>☐</w:t>
      </w:r>
      <w:r>
        <w:fldChar w:fldCharType="end"/>
      </w:r>
      <w:r>
        <w:t xml:space="preserve"> No   </w:t>
      </w:r>
    </w:p>
    <w:p w14:paraId="43A92A23" w14:textId="77777777" w:rsidR="00137897" w:rsidRDefault="00C76FED">
      <w:r>
        <w:rPr>
          <w:i/>
        </w:rPr>
        <w:t>If you answered “Yes” to any of the above, please provide an explanation.</w:t>
      </w:r>
    </w:p>
    <w:tbl>
      <w:tblPr>
        <w:tblW w:w="0" w:type="auto"/>
        <w:tblLook w:val="04A0" w:firstRow="1" w:lastRow="0" w:firstColumn="1" w:lastColumn="0" w:noHBand="0" w:noVBand="1"/>
      </w:tblPr>
      <w:tblGrid>
        <w:gridCol w:w="10368"/>
      </w:tblGrid>
      <w:tr w:rsidR="00137897" w14:paraId="7C15945D" w14:textId="77777777">
        <w:tc>
          <w:tcPr>
            <w:tcW w:w="10368" w:type="dxa"/>
            <w:tcMar>
              <w:top w:w="100" w:type="dxa"/>
              <w:left w:w="120" w:type="dxa"/>
              <w:bottom w:w="800" w:type="dxa"/>
              <w:right w:w="120" w:type="dxa"/>
            </w:tcMar>
          </w:tcPr>
          <w:p w14:paraId="4BC267D1" w14:textId="77777777" w:rsidR="00137897" w:rsidRDefault="00C76FED">
            <w:r>
              <w:fldChar w:fldCharType="begin">
                <w:ffData>
                  <w:name w:val="Attestation_Explanat"/>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62E9B303" w14:textId="77777777" w:rsidR="00137897" w:rsidRDefault="00C76FED">
      <w:r>
        <w:br w:type="page"/>
      </w:r>
    </w:p>
    <w:p w14:paraId="3A85646A" w14:textId="77777777" w:rsidR="00137897" w:rsidRDefault="00C76FED">
      <w:pPr>
        <w:pStyle w:val="Heading1"/>
        <w:shd w:val="clear" w:color="auto" w:fill="D9EAF7"/>
      </w:pPr>
      <w:r>
        <w:lastRenderedPageBreak/>
        <w:t>III. Required Notifications</w:t>
      </w:r>
    </w:p>
    <w:p w14:paraId="2A6A06AF" w14:textId="77777777" w:rsidR="00137897" w:rsidRDefault="00C76FED">
      <w:r>
        <w:t>Applicant is hereby notified of the following:</w:t>
      </w:r>
    </w:p>
    <w:p w14:paraId="408F28B0" w14:textId="77777777" w:rsidR="00137897" w:rsidRDefault="00C76FED">
      <w:pPr>
        <w:pStyle w:val="ListBullet"/>
      </w:pPr>
      <w:r>
        <w:t>Willfully providing false information or willfully failing to disclose information required in Sections I. and II. above shall subject the Applicant to disciplinary action up to, and including, (i) termination or denial of employment, (ii) reporting to the state agency or other entity with authority to revoke any relevant certificate or license, or (iii) being subject to a civil penalty of not more than $500.</w:t>
      </w:r>
    </w:p>
    <w:p w14:paraId="4F18BBDB" w14:textId="77777777" w:rsidR="00137897" w:rsidRDefault="00C76FED">
      <w:pPr>
        <w:pStyle w:val="ListBullet"/>
      </w:pPr>
      <w:r>
        <w:t>If information regarding the Applicant’s history of child abuse or sexual misconduct is subsequently discovered or obtained by the employer that the employer determines disqualifies the Applicant from employment with the school, the employer shall have the right to immediately terminate the Applicant’s employment or rescind any offer of employment. The termination shall not be subject to any grievance procedures, appeal procedures, or tenure proceedings pursuant to any collective bargaining agreement or negotiated agreement.</w:t>
      </w:r>
    </w:p>
    <w:p w14:paraId="02EBAB30" w14:textId="77777777" w:rsidR="00137897" w:rsidRDefault="00C76FED">
      <w:pPr>
        <w:pStyle w:val="Heading1"/>
        <w:shd w:val="clear" w:color="auto" w:fill="D9EAF7"/>
      </w:pPr>
      <w:r>
        <w:t>IV. Acknowledgement and Authorization to Release Information</w:t>
      </w:r>
    </w:p>
    <w:p w14:paraId="2612EFC2" w14:textId="77777777" w:rsidR="00137897" w:rsidRDefault="00C76FED">
      <w:r>
        <w:rPr>
          <w:b/>
          <w:u w:val="single"/>
        </w:rPr>
        <w:t>Pursuant to Neb. Rev. Stat. § 79-880(2)(a)(ii)</w:t>
      </w:r>
    </w:p>
    <w:p w14:paraId="3F84BC79" w14:textId="77777777" w:rsidR="00137897" w:rsidRDefault="00C76FED">
      <w:r>
        <w:t>Applicant authorizes the release and disclosure of all records related to inquiries and requests for information made by the prospective employer to verify the above information. The applicant further releases any former employer from liability that may arise from the release or disclosure of such information.</w:t>
      </w:r>
    </w:p>
    <w:p w14:paraId="623F3403" w14:textId="77777777" w:rsidR="00137897" w:rsidRDefault="00C76FED">
      <w:r>
        <w:t>Applicant attests that all of the information provided on this form is true and correct. Applicant acknowledges that disclosing this information is required pursuant to Neb. Rev. Stat. § 79-880, and that the penalties outlined in Section III above apply.</w:t>
      </w:r>
    </w:p>
    <w:tbl>
      <w:tblPr>
        <w:tblW w:w="0" w:type="auto"/>
        <w:jc w:val="center"/>
        <w:tblLayout w:type="fixed"/>
        <w:tblLook w:val="04A0" w:firstRow="1" w:lastRow="0" w:firstColumn="1" w:lastColumn="0" w:noHBand="0" w:noVBand="1"/>
      </w:tblPr>
      <w:tblGrid>
        <w:gridCol w:w="2200"/>
        <w:gridCol w:w="7000"/>
      </w:tblGrid>
      <w:tr w:rsidR="00137897" w14:paraId="07F24D0F" w14:textId="77777777">
        <w:trPr>
          <w:jc w:val="center"/>
        </w:trPr>
        <w:tc>
          <w:tcPr>
            <w:tcW w:w="2200" w:type="dxa"/>
            <w:shd w:val="clear" w:color="auto" w:fill="F2F2F2"/>
            <w:tcMar>
              <w:top w:w="80" w:type="dxa"/>
              <w:left w:w="100" w:type="dxa"/>
              <w:bottom w:w="80" w:type="dxa"/>
              <w:right w:w="100" w:type="dxa"/>
            </w:tcMar>
            <w:vAlign w:val="center"/>
          </w:tcPr>
          <w:p w14:paraId="2DBB50ED" w14:textId="77777777" w:rsidR="00137897" w:rsidRDefault="00C76FED">
            <w:r>
              <w:rPr>
                <w:b/>
              </w:rPr>
              <w:t>Applicant Signature</w:t>
            </w:r>
          </w:p>
        </w:tc>
        <w:tc>
          <w:tcPr>
            <w:tcW w:w="7000" w:type="dxa"/>
            <w:tcMar>
              <w:top w:w="80" w:type="dxa"/>
              <w:left w:w="100" w:type="dxa"/>
              <w:bottom w:w="80" w:type="dxa"/>
              <w:right w:w="100" w:type="dxa"/>
            </w:tcMar>
            <w:vAlign w:val="center"/>
          </w:tcPr>
          <w:p w14:paraId="061C54EA" w14:textId="77777777" w:rsidR="00137897" w:rsidRDefault="00C76FED">
            <w:r>
              <w:fldChar w:fldCharType="begin">
                <w:ffData>
                  <w:name w:val="Applicant_Signature"/>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1DECA28B" w14:textId="77777777">
        <w:trPr>
          <w:jc w:val="center"/>
        </w:trPr>
        <w:tc>
          <w:tcPr>
            <w:tcW w:w="2200" w:type="dxa"/>
            <w:shd w:val="clear" w:color="auto" w:fill="F2F2F2"/>
            <w:tcMar>
              <w:top w:w="80" w:type="dxa"/>
              <w:left w:w="100" w:type="dxa"/>
              <w:bottom w:w="80" w:type="dxa"/>
              <w:right w:w="100" w:type="dxa"/>
            </w:tcMar>
            <w:vAlign w:val="center"/>
          </w:tcPr>
          <w:p w14:paraId="7582E6D4" w14:textId="77777777" w:rsidR="00137897" w:rsidRDefault="00C76FED">
            <w:r>
              <w:rPr>
                <w:b/>
              </w:rPr>
              <w:t>Date</w:t>
            </w:r>
          </w:p>
        </w:tc>
        <w:tc>
          <w:tcPr>
            <w:tcW w:w="7000" w:type="dxa"/>
            <w:tcMar>
              <w:top w:w="80" w:type="dxa"/>
              <w:left w:w="100" w:type="dxa"/>
              <w:bottom w:w="80" w:type="dxa"/>
              <w:right w:w="100" w:type="dxa"/>
            </w:tcMar>
            <w:vAlign w:val="center"/>
          </w:tcPr>
          <w:p w14:paraId="39DE3D90" w14:textId="77777777" w:rsidR="00137897" w:rsidRDefault="00C76FED">
            <w:r>
              <w:fldChar w:fldCharType="begin">
                <w:ffData>
                  <w:name w:val="Signature_Date"/>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r w:rsidR="00137897" w14:paraId="2057462F" w14:textId="77777777">
        <w:trPr>
          <w:jc w:val="center"/>
        </w:trPr>
        <w:tc>
          <w:tcPr>
            <w:tcW w:w="2200" w:type="dxa"/>
            <w:shd w:val="clear" w:color="auto" w:fill="F2F2F2"/>
            <w:tcMar>
              <w:top w:w="80" w:type="dxa"/>
              <w:left w:w="100" w:type="dxa"/>
              <w:bottom w:w="80" w:type="dxa"/>
              <w:right w:w="100" w:type="dxa"/>
            </w:tcMar>
            <w:vAlign w:val="center"/>
          </w:tcPr>
          <w:p w14:paraId="1A24712F" w14:textId="77777777" w:rsidR="00137897" w:rsidRDefault="00C76FED">
            <w:r>
              <w:rPr>
                <w:b/>
              </w:rPr>
              <w:t>Applicant Printed Name</w:t>
            </w:r>
          </w:p>
        </w:tc>
        <w:tc>
          <w:tcPr>
            <w:tcW w:w="7000" w:type="dxa"/>
            <w:tcMar>
              <w:top w:w="80" w:type="dxa"/>
              <w:left w:w="100" w:type="dxa"/>
              <w:bottom w:w="80" w:type="dxa"/>
              <w:right w:w="100" w:type="dxa"/>
            </w:tcMar>
            <w:vAlign w:val="center"/>
          </w:tcPr>
          <w:p w14:paraId="0316E4E1" w14:textId="77777777" w:rsidR="00137897" w:rsidRDefault="00C76FED">
            <w:r>
              <w:fldChar w:fldCharType="begin">
                <w:ffData>
                  <w:name w:val="Applicant_Printed_Na"/>
                  <w:enabled/>
                  <w:calcOnExit w:val="0"/>
                  <w:textInput/>
                </w:ffData>
              </w:fldChar>
            </w:r>
            <w:r>
              <w:instrText xml:space="preserve"> FORMTEXT </w:instrText>
            </w:r>
            <w:r>
              <w:fldChar w:fldCharType="separate"/>
            </w:r>
            <w:r>
              <w:rPr>
                <w:noProof/>
                <w:sz w:val="20"/>
                <w:shd w:val="clear" w:color="auto" w:fill="E7E6E6"/>
              </w:rPr>
              <w:t xml:space="preserve">                  </w:t>
            </w:r>
            <w:r>
              <w:fldChar w:fldCharType="end"/>
            </w:r>
          </w:p>
        </w:tc>
      </w:tr>
    </w:tbl>
    <w:p w14:paraId="6B4F2C87" w14:textId="77777777" w:rsidR="00C76FED" w:rsidRDefault="00C76FED"/>
    <w:sectPr w:rsidR="00C76FED" w:rsidSect="00034616">
      <w:footerReference w:type="default" r:id="rId11"/>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9F5DF" w14:textId="77777777" w:rsidR="00BC7D61" w:rsidRDefault="00BC7D61">
      <w:pPr>
        <w:spacing w:after="0" w:line="240" w:lineRule="auto"/>
      </w:pPr>
      <w:r>
        <w:separator/>
      </w:r>
    </w:p>
  </w:endnote>
  <w:endnote w:type="continuationSeparator" w:id="0">
    <w:p w14:paraId="75833C04" w14:textId="77777777" w:rsidR="00BC7D61" w:rsidRDefault="00BC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784E" w14:textId="77777777" w:rsidR="00137897" w:rsidRDefault="00C76FED">
    <w:pPr>
      <w:pStyle w:val="Footer"/>
      <w:jc w:val="center"/>
    </w:pPr>
    <w:r>
      <w:rPr>
        <w:color w:val="646464"/>
        <w:sz w:val="16"/>
      </w:rPr>
      <w:t>Nebraska Department of Education | Fillable Word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18324" w14:textId="77777777" w:rsidR="00BC7D61" w:rsidRDefault="00BC7D61">
      <w:pPr>
        <w:spacing w:after="0" w:line="240" w:lineRule="auto"/>
      </w:pPr>
      <w:r>
        <w:separator/>
      </w:r>
    </w:p>
  </w:footnote>
  <w:footnote w:type="continuationSeparator" w:id="0">
    <w:p w14:paraId="44109CDA" w14:textId="77777777" w:rsidR="00BC7D61" w:rsidRDefault="00BC7D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4070132">
    <w:abstractNumId w:val="8"/>
  </w:num>
  <w:num w:numId="2" w16cid:durableId="512383885">
    <w:abstractNumId w:val="6"/>
  </w:num>
  <w:num w:numId="3" w16cid:durableId="228343704">
    <w:abstractNumId w:val="5"/>
  </w:num>
  <w:num w:numId="4" w16cid:durableId="1580480983">
    <w:abstractNumId w:val="4"/>
  </w:num>
  <w:num w:numId="5" w16cid:durableId="3824433">
    <w:abstractNumId w:val="7"/>
  </w:num>
  <w:num w:numId="6" w16cid:durableId="360670093">
    <w:abstractNumId w:val="3"/>
  </w:num>
  <w:num w:numId="7" w16cid:durableId="1507749365">
    <w:abstractNumId w:val="2"/>
  </w:num>
  <w:num w:numId="8" w16cid:durableId="207423767">
    <w:abstractNumId w:val="1"/>
  </w:num>
  <w:num w:numId="9" w16cid:durableId="1905482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BC7"/>
    <w:rsid w:val="00137897"/>
    <w:rsid w:val="0015074B"/>
    <w:rsid w:val="0029639D"/>
    <w:rsid w:val="00326F90"/>
    <w:rsid w:val="004453BF"/>
    <w:rsid w:val="00AA1D8D"/>
    <w:rsid w:val="00B11F48"/>
    <w:rsid w:val="00B47730"/>
    <w:rsid w:val="00BC7D61"/>
    <w:rsid w:val="00C76FED"/>
    <w:rsid w:val="00CB0664"/>
    <w:rsid w:val="00F57527"/>
    <w:rsid w:val="00FC08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3088C42-DE9E-498C-A69E-D0016B8C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2806e667-08b9-43ed-9b4d-06a71388d087" xsi:nil="true"/>
    <Comments xmlns="2806e667-08b9-43ed-9b4d-06a71388d087" xsi:nil="true"/>
    <TaxCatchAll xmlns="c1548e89-e29f-437c-bbf0-b2d2ed5abff3" xsi:nil="true"/>
    <Buyer_x002f_ProjectDesignee xmlns="2806e667-08b9-43ed-9b4d-06a71388d087">
      <UserInfo>
        <DisplayName/>
        <AccountId xsi:nil="true"/>
        <AccountType/>
      </UserInfo>
    </Buyer_x002f_ProjectDesignee>
    <JitbitTicketLink xmlns="2806e667-08b9-43ed-9b4d-06a71388d087">
      <Url xsi:nil="true"/>
      <Description xsi:nil="true"/>
    </JitbitTicketLink>
    <DAS_x0020_Link xmlns="2806e667-08b9-43ed-9b4d-06a71388d087">
      <Url xsi:nil="true"/>
      <Description xsi:nil="true"/>
    </DAS_x0020_Link>
    <Office xmlns="2806e667-08b9-43ed-9b4d-06a71388d087" xsi:nil="true"/>
    <ContractedVendor xmlns="2806e667-08b9-43ed-9b4d-06a71388d087" xsi:nil="true"/>
    <Active_x0020_Status xmlns="2806e667-08b9-43ed-9b4d-06a71388d087">false</Active_x0020_Status>
    <lcf76f155ced4ddcb4097134ff3c332f xmlns="2806e667-08b9-43ed-9b4d-06a71388d08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2711518E3AAC48A3497E146B80A5B3" ma:contentTypeVersion="23" ma:contentTypeDescription="Create a new document." ma:contentTypeScope="" ma:versionID="17d991fb2509046f7664133c5a7d2859">
  <xsd:schema xmlns:xsd="http://www.w3.org/2001/XMLSchema" xmlns:xs="http://www.w3.org/2001/XMLSchema" xmlns:p="http://schemas.microsoft.com/office/2006/metadata/properties" xmlns:ns2="2806e667-08b9-43ed-9b4d-06a71388d087" xmlns:ns3="c1548e89-e29f-437c-bbf0-b2d2ed5abff3" targetNamespace="http://schemas.microsoft.com/office/2006/metadata/properties" ma:root="true" ma:fieldsID="acc3f2441f54488f66c454c4e663a533" ns2:_="" ns3:_="">
    <xsd:import namespace="2806e667-08b9-43ed-9b4d-06a71388d087"/>
    <xsd:import namespace="c1548e89-e29f-437c-bbf0-b2d2ed5abf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JitbitTicketLink" minOccurs="0"/>
                <xsd:element ref="ns2:Office" minOccurs="0"/>
                <xsd:element ref="ns2:Buyer_x002f_ProjectDesignee" minOccurs="0"/>
                <xsd:element ref="ns2:Status" minOccurs="0"/>
                <xsd:element ref="ns2:ContractedVendor" minOccurs="0"/>
                <xsd:element ref="ns2:Comments" minOccurs="0"/>
                <xsd:element ref="ns2:Active_x0020_Status" minOccurs="0"/>
                <xsd:element ref="ns2:DAS_x0020_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6e667-08b9-43ed-9b4d-06a71388d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JitbitTicketLink" ma:index="22" nillable="true" ma:displayName="Jitbit Ticket Link" ma:format="Hyperlink" ma:internalName="JitbitTicketLink">
      <xsd:complexType>
        <xsd:complexContent>
          <xsd:extension base="dms:URL">
            <xsd:sequence>
              <xsd:element name="Url" type="dms:ValidUrl" minOccurs="0" nillable="true"/>
              <xsd:element name="Description" type="xsd:string" nillable="true"/>
            </xsd:sequence>
          </xsd:extension>
        </xsd:complexContent>
      </xsd:complexType>
    </xsd:element>
    <xsd:element name="Office" ma:index="23" nillable="true" ma:displayName="Office" ma:format="Dropdown" ma:internalName="Office">
      <xsd:simpleType>
        <xsd:union memberTypes="dms:Text">
          <xsd:simpleType>
            <xsd:restriction base="dms:Choice">
              <xsd:enumeration value="IDT"/>
              <xsd:enumeration value="VR"/>
              <xsd:enumeration value="Sped"/>
              <xsd:enumeration value="Early Childhood"/>
              <xsd:enumeration value="CTE"/>
            </xsd:restriction>
          </xsd:simpleType>
        </xsd:union>
      </xsd:simpleType>
    </xsd:element>
    <xsd:element name="Buyer_x002f_ProjectDesignee" ma:index="24" nillable="true" ma:displayName="Buyer/Project Designee" ma:format="Dropdown" ma:list="UserInfo" ma:SharePointGroup="0" ma:internalName="Buyer_x002f_ProjectDesigne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5" nillable="true" ma:displayName="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KickStartX"/>
                        <xsd:enumeration value="Drafting"/>
                        <xsd:enumeration value="Published"/>
                        <xsd:enumeration value="Proposal review"/>
                        <xsd:enumeration value="Demo sessions"/>
                        <xsd:enumeration value="Pending Board Approval"/>
                        <xsd:enumeration value="Contracting"/>
                        <xsd:enumeration value="Contracted"/>
                        <xsd:enumeration value="Closed - Incompleted"/>
                        <xsd:enumeration value="Closed - No Vendor Selected"/>
                      </xsd:restriction>
                    </xsd:simpleType>
                  </xsd:union>
                </xsd:simpleType>
              </xsd:element>
            </xsd:sequence>
          </xsd:extension>
        </xsd:complexContent>
      </xsd:complexType>
    </xsd:element>
    <xsd:element name="ContractedVendor" ma:index="26" nillable="true" ma:displayName="Vendor Contracted" ma:description="If request was fulfilled and contracted, Enter the selected vendors name" ma:format="Dropdown" ma:internalName="ContractedVendor">
      <xsd:simpleType>
        <xsd:restriction base="dms:Text">
          <xsd:maxLength value="255"/>
        </xsd:restriction>
      </xsd:simpleType>
    </xsd:element>
    <xsd:element name="Comments" ma:index="27" nillable="true" ma:displayName="Comments" ma:description="Use this line to outline what stage the request is at, outlining a summary of any indication of where we are at, and the next due date. &#10;I.E: &quot;Awaiting legal review, publish RFP on XX/XX/XX&quot;" ma:format="Dropdown" ma:internalName="Comments">
      <xsd:simpleType>
        <xsd:restriction base="dms:Text">
          <xsd:maxLength value="255"/>
        </xsd:restriction>
      </xsd:simpleType>
    </xsd:element>
    <xsd:element name="Active_x0020_Status" ma:index="28" nillable="true" ma:displayName="Active Status" ma:default="0" ma:description="Yes - For the current RFX that procurement is working on. &#10;No - For RFX no longer being worked on." ma:format="Dropdown" ma:indexed="true" ma:internalName="Active_x0020_Status">
      <xsd:simpleType>
        <xsd:restriction base="dms:Boolean"/>
      </xsd:simpleType>
    </xsd:element>
    <xsd:element name="DAS_x0020_Link" ma:index="29" nillable="true" ma:displayName="DAS Link" ma:format="Hyperlink" ma:internalName="DAS_x0020_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8e89-e29f-437c-bbf0-b2d2ed5abf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36dc32d-b988-4cb7-b698-4d5c53403928}" ma:internalName="TaxCatchAll" ma:showField="CatchAllData" ma:web="c1548e89-e29f-437c-bbf0-b2d2ed5abf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211F5-9798-4552-9AD9-3B38DDF4DFC4}">
  <ds:schemaRefs>
    <ds:schemaRef ds:uri="http://schemas.microsoft.com/office/2006/metadata/properties"/>
    <ds:schemaRef ds:uri="http://schemas.microsoft.com/office/infopath/2007/PartnerControls"/>
    <ds:schemaRef ds:uri="2806e667-08b9-43ed-9b4d-06a71388d087"/>
    <ds:schemaRef ds:uri="c1548e89-e29f-437c-bbf0-b2d2ed5abff3"/>
  </ds:schemaRefs>
</ds:datastoreItem>
</file>

<file path=customXml/itemProps2.xml><?xml version="1.0" encoding="utf-8"?>
<ds:datastoreItem xmlns:ds="http://schemas.openxmlformats.org/officeDocument/2006/customXml" ds:itemID="{F47071AD-3152-4016-B021-68104EF71182}">
  <ds:schemaRefs>
    <ds:schemaRef ds:uri="http://schemas.microsoft.com/sharepoint/v3/contenttype/forms"/>
  </ds:schemaRefs>
</ds:datastoreItem>
</file>

<file path=customXml/itemProps3.xml><?xml version="1.0" encoding="utf-8"?>
<ds:datastoreItem xmlns:ds="http://schemas.openxmlformats.org/officeDocument/2006/customXml" ds:itemID="{05F87742-3835-4759-8A41-5EB29DA68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6e667-08b9-43ed-9b4d-06a71388d087"/>
    <ds:schemaRef ds:uri="c1548e89-e29f-437c-bbf0-b2d2ed5ab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Streich, Jonathan</dc:creator>
  <cp:keywords/>
  <dc:description>generated by python-docx</dc:description>
  <cp:lastModifiedBy>Jespersen, David</cp:lastModifiedBy>
  <cp:revision>3</cp:revision>
  <dcterms:created xsi:type="dcterms:W3CDTF">2026-09-17T19:36:00Z</dcterms:created>
  <dcterms:modified xsi:type="dcterms:W3CDTF">2026-09-23T19:36:00Z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2026-09-17T19:28:20Z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f47b68cf-1092-4dda-b6cb-1f977c48a617</vt:lpwstr>
  </property>
  <property fmtid="{D5CDD505-2E9C-101B-9397-08002B2CF9AE}" pid="8" name="MSIP_Label_7aff96f3-febb-4d97-abce-da8759adbf29_ContentBits">
    <vt:lpwstr>0</vt:lpwstr>
  </property>
  <property fmtid="{D5CDD505-2E9C-101B-9397-08002B2CF9AE}" pid="9" name="GrammarlyDocumentId">
    <vt:lpwstr>1c8dce1f-4d1b-44dd-96c5-8ca5c707f30d</vt:lpwstr>
  </property>
  <property fmtid="{D5CDD505-2E9C-101B-9397-08002B2CF9AE}" pid="10" name="ContentTypeId">
    <vt:lpwstr>0x010100F42711518E3AAC48A3497E146B80A5B3</vt:lpwstr>
  </property>
  <property fmtid="{D5CDD505-2E9C-101B-9397-08002B2CF9AE}" pid="11" name="MediaServiceImageTags">
    <vt:lpwstr/>
  </property>
</Properties>
</file>